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AF826" w14:textId="77777777" w:rsidR="002350F4" w:rsidRDefault="00000000">
      <w:pPr>
        <w:pStyle w:val="Title"/>
      </w:pPr>
      <w:r>
        <w:t>Baby Godiva Part Time Roles</w:t>
      </w:r>
    </w:p>
    <w:p w14:paraId="465E9495" w14:textId="76B35819" w:rsidR="002350F4" w:rsidRDefault="00000000">
      <w:r>
        <w:t xml:space="preserve">Baby Godiva is recruiting two complementary part-time coordinators. </w:t>
      </w:r>
    </w:p>
    <w:p w14:paraId="3576FC9C" w14:textId="77777777" w:rsidR="002350F4" w:rsidRDefault="00000000">
      <w:pPr>
        <w:pStyle w:val="Heading1"/>
      </w:pPr>
      <w:r>
        <w:t>Role structure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088"/>
        <w:gridCol w:w="3816"/>
        <w:gridCol w:w="3816"/>
      </w:tblGrid>
      <w:tr w:rsidR="002350F4" w14:paraId="4A021890" w14:textId="77777777">
        <w:trPr>
          <w:tblHeader/>
          <w:jc w:val="center"/>
        </w:trPr>
        <w:tc>
          <w:tcPr>
            <w:tcW w:w="2088" w:type="dxa"/>
            <w:shd w:val="clear" w:color="auto" w:fill="315C59"/>
            <w:tcMar>
              <w:top w:w="110" w:type="dxa"/>
              <w:left w:w="130" w:type="dxa"/>
              <w:bottom w:w="110" w:type="dxa"/>
              <w:right w:w="130" w:type="dxa"/>
            </w:tcMar>
            <w:vAlign w:val="center"/>
          </w:tcPr>
          <w:p w14:paraId="30C5B667" w14:textId="77777777" w:rsidR="002350F4" w:rsidRDefault="002350F4">
            <w:pPr>
              <w:spacing w:after="40" w:line="240" w:lineRule="auto"/>
            </w:pPr>
          </w:p>
        </w:tc>
        <w:tc>
          <w:tcPr>
            <w:tcW w:w="3816" w:type="dxa"/>
            <w:shd w:val="clear" w:color="auto" w:fill="315C59"/>
            <w:tcMar>
              <w:top w:w="110" w:type="dxa"/>
              <w:left w:w="130" w:type="dxa"/>
              <w:bottom w:w="110" w:type="dxa"/>
              <w:right w:w="130" w:type="dxa"/>
            </w:tcMar>
            <w:vAlign w:val="center"/>
          </w:tcPr>
          <w:p w14:paraId="2BF35D11" w14:textId="77777777" w:rsidR="002350F4" w:rsidRDefault="00000000">
            <w:pPr>
              <w:spacing w:after="40" w:line="240" w:lineRule="auto"/>
            </w:pPr>
            <w:r>
              <w:rPr>
                <w:b/>
                <w:color w:val="FFFFFF"/>
              </w:rPr>
              <w:t>Warehouse and Volunteer Coordinator</w:t>
            </w:r>
          </w:p>
        </w:tc>
        <w:tc>
          <w:tcPr>
            <w:tcW w:w="3816" w:type="dxa"/>
            <w:shd w:val="clear" w:color="auto" w:fill="315C59"/>
            <w:tcMar>
              <w:top w:w="110" w:type="dxa"/>
              <w:left w:w="130" w:type="dxa"/>
              <w:bottom w:w="110" w:type="dxa"/>
              <w:right w:w="130" w:type="dxa"/>
            </w:tcMar>
            <w:vAlign w:val="center"/>
          </w:tcPr>
          <w:p w14:paraId="3246323D" w14:textId="77777777" w:rsidR="002350F4" w:rsidRDefault="00000000">
            <w:pPr>
              <w:spacing w:after="40" w:line="240" w:lineRule="auto"/>
            </w:pPr>
            <w:r>
              <w:rPr>
                <w:b/>
                <w:color w:val="FFFFFF"/>
              </w:rPr>
              <w:t>Family Support and Development Coordinator</w:t>
            </w:r>
          </w:p>
        </w:tc>
      </w:tr>
      <w:tr w:rsidR="002350F4" w14:paraId="14C1A8B0" w14:textId="77777777">
        <w:trPr>
          <w:jc w:val="center"/>
        </w:trPr>
        <w:tc>
          <w:tcPr>
            <w:tcW w:w="2088" w:type="dxa"/>
            <w:tcMar>
              <w:top w:w="110" w:type="dxa"/>
              <w:left w:w="130" w:type="dxa"/>
              <w:bottom w:w="110" w:type="dxa"/>
              <w:right w:w="130" w:type="dxa"/>
            </w:tcMar>
            <w:vAlign w:val="center"/>
          </w:tcPr>
          <w:p w14:paraId="4D753450" w14:textId="77777777" w:rsidR="002350F4" w:rsidRDefault="00000000">
            <w:pPr>
              <w:spacing w:after="40" w:line="240" w:lineRule="auto"/>
            </w:pPr>
            <w:r>
              <w:rPr>
                <w:b/>
              </w:rPr>
              <w:t>Pay</w:t>
            </w:r>
          </w:p>
        </w:tc>
        <w:tc>
          <w:tcPr>
            <w:tcW w:w="3816" w:type="dxa"/>
            <w:tcMar>
              <w:top w:w="110" w:type="dxa"/>
              <w:left w:w="130" w:type="dxa"/>
              <w:bottom w:w="110" w:type="dxa"/>
              <w:right w:w="130" w:type="dxa"/>
            </w:tcMar>
            <w:vAlign w:val="center"/>
          </w:tcPr>
          <w:p w14:paraId="2464BF66" w14:textId="77777777" w:rsidR="002350F4" w:rsidRDefault="00000000">
            <w:pPr>
              <w:spacing w:after="40" w:line="240" w:lineRule="auto"/>
            </w:pPr>
            <w:r>
              <w:t>£14 per hour</w:t>
            </w:r>
          </w:p>
        </w:tc>
        <w:tc>
          <w:tcPr>
            <w:tcW w:w="3816" w:type="dxa"/>
            <w:tcMar>
              <w:top w:w="110" w:type="dxa"/>
              <w:left w:w="130" w:type="dxa"/>
              <w:bottom w:w="110" w:type="dxa"/>
              <w:right w:w="130" w:type="dxa"/>
            </w:tcMar>
            <w:vAlign w:val="center"/>
          </w:tcPr>
          <w:p w14:paraId="480F79D5" w14:textId="77777777" w:rsidR="002350F4" w:rsidRDefault="00000000">
            <w:pPr>
              <w:spacing w:after="40" w:line="240" w:lineRule="auto"/>
            </w:pPr>
            <w:r>
              <w:t>£15 per hour</w:t>
            </w:r>
          </w:p>
        </w:tc>
      </w:tr>
      <w:tr w:rsidR="002350F4" w14:paraId="18650213" w14:textId="77777777">
        <w:trPr>
          <w:jc w:val="center"/>
        </w:trPr>
        <w:tc>
          <w:tcPr>
            <w:tcW w:w="2088" w:type="dxa"/>
            <w:shd w:val="clear" w:color="auto" w:fill="F1F6F5"/>
            <w:tcMar>
              <w:top w:w="110" w:type="dxa"/>
              <w:left w:w="130" w:type="dxa"/>
              <w:bottom w:w="110" w:type="dxa"/>
              <w:right w:w="130" w:type="dxa"/>
            </w:tcMar>
            <w:vAlign w:val="center"/>
          </w:tcPr>
          <w:p w14:paraId="64712647" w14:textId="77777777" w:rsidR="002350F4" w:rsidRDefault="00000000">
            <w:pPr>
              <w:spacing w:after="40" w:line="240" w:lineRule="auto"/>
            </w:pPr>
            <w:r>
              <w:rPr>
                <w:b/>
              </w:rPr>
              <w:t>Primary focus</w:t>
            </w:r>
          </w:p>
        </w:tc>
        <w:tc>
          <w:tcPr>
            <w:tcW w:w="3816" w:type="dxa"/>
            <w:shd w:val="clear" w:color="auto" w:fill="F1F6F5"/>
            <w:tcMar>
              <w:top w:w="110" w:type="dxa"/>
              <w:left w:w="130" w:type="dxa"/>
              <w:bottom w:w="110" w:type="dxa"/>
              <w:right w:w="130" w:type="dxa"/>
            </w:tcMar>
            <w:vAlign w:val="center"/>
          </w:tcPr>
          <w:p w14:paraId="63D6506D" w14:textId="77777777" w:rsidR="002350F4" w:rsidRDefault="00000000">
            <w:pPr>
              <w:spacing w:after="40" w:line="240" w:lineRule="auto"/>
            </w:pPr>
            <w:r>
              <w:t>Warehouse, stock, donors and volunteers</w:t>
            </w:r>
          </w:p>
        </w:tc>
        <w:tc>
          <w:tcPr>
            <w:tcW w:w="3816" w:type="dxa"/>
            <w:shd w:val="clear" w:color="auto" w:fill="F1F6F5"/>
            <w:tcMar>
              <w:top w:w="110" w:type="dxa"/>
              <w:left w:w="130" w:type="dxa"/>
              <w:bottom w:w="110" w:type="dxa"/>
              <w:right w:w="130" w:type="dxa"/>
            </w:tcMar>
            <w:vAlign w:val="center"/>
          </w:tcPr>
          <w:p w14:paraId="2FD84F3F" w14:textId="77777777" w:rsidR="002350F4" w:rsidRDefault="00000000">
            <w:pPr>
              <w:spacing w:after="40" w:line="240" w:lineRule="auto"/>
            </w:pPr>
            <w:r>
              <w:t>Families, professionals and service development</w:t>
            </w:r>
          </w:p>
        </w:tc>
      </w:tr>
      <w:tr w:rsidR="002350F4" w14:paraId="3190F4E6" w14:textId="77777777">
        <w:trPr>
          <w:jc w:val="center"/>
        </w:trPr>
        <w:tc>
          <w:tcPr>
            <w:tcW w:w="2088" w:type="dxa"/>
            <w:tcMar>
              <w:top w:w="110" w:type="dxa"/>
              <w:left w:w="130" w:type="dxa"/>
              <w:bottom w:w="110" w:type="dxa"/>
              <w:right w:w="130" w:type="dxa"/>
            </w:tcMar>
            <w:vAlign w:val="center"/>
          </w:tcPr>
          <w:p w14:paraId="760D52BD" w14:textId="77777777" w:rsidR="002350F4" w:rsidRDefault="00000000">
            <w:pPr>
              <w:spacing w:after="40" w:line="240" w:lineRule="auto"/>
            </w:pPr>
            <w:r>
              <w:rPr>
                <w:b/>
              </w:rPr>
              <w:t>Leads on</w:t>
            </w:r>
          </w:p>
        </w:tc>
        <w:tc>
          <w:tcPr>
            <w:tcW w:w="3816" w:type="dxa"/>
            <w:tcMar>
              <w:top w:w="110" w:type="dxa"/>
              <w:left w:w="130" w:type="dxa"/>
              <w:bottom w:w="110" w:type="dxa"/>
              <w:right w:w="130" w:type="dxa"/>
            </w:tcMar>
            <w:vAlign w:val="center"/>
          </w:tcPr>
          <w:p w14:paraId="782C1391" w14:textId="77777777" w:rsidR="002350F4" w:rsidRDefault="00000000">
            <w:pPr>
              <w:spacing w:after="40" w:line="240" w:lineRule="auto"/>
            </w:pPr>
            <w:r>
              <w:t>Safe donations, warehouse standards, volunteer recruitment and practical administration</w:t>
            </w:r>
          </w:p>
        </w:tc>
        <w:tc>
          <w:tcPr>
            <w:tcW w:w="3816" w:type="dxa"/>
            <w:tcMar>
              <w:top w:w="110" w:type="dxa"/>
              <w:left w:w="130" w:type="dxa"/>
              <w:bottom w:w="110" w:type="dxa"/>
              <w:right w:w="130" w:type="dxa"/>
            </w:tcMar>
            <w:vAlign w:val="center"/>
          </w:tcPr>
          <w:p w14:paraId="4DF7AC11" w14:textId="77777777" w:rsidR="002350F4" w:rsidRDefault="00000000">
            <w:pPr>
              <w:spacing w:after="40" w:line="240" w:lineRule="auto"/>
            </w:pPr>
            <w:r>
              <w:t>Assessments, safeguarding decisions, professional relationships, delivery planning and strategic improvement</w:t>
            </w:r>
          </w:p>
        </w:tc>
      </w:tr>
      <w:tr w:rsidR="002350F4" w14:paraId="0B6070F4" w14:textId="77777777">
        <w:trPr>
          <w:jc w:val="center"/>
        </w:trPr>
        <w:tc>
          <w:tcPr>
            <w:tcW w:w="2088" w:type="dxa"/>
            <w:shd w:val="clear" w:color="auto" w:fill="F1F6F5"/>
            <w:tcMar>
              <w:top w:w="110" w:type="dxa"/>
              <w:left w:w="130" w:type="dxa"/>
              <w:bottom w:w="110" w:type="dxa"/>
              <w:right w:w="130" w:type="dxa"/>
            </w:tcMar>
            <w:vAlign w:val="center"/>
          </w:tcPr>
          <w:p w14:paraId="210FE489" w14:textId="77777777" w:rsidR="002350F4" w:rsidRDefault="00000000">
            <w:pPr>
              <w:spacing w:after="40" w:line="240" w:lineRule="auto"/>
            </w:pPr>
            <w:r>
              <w:rPr>
                <w:b/>
              </w:rPr>
              <w:t>Shared work</w:t>
            </w:r>
          </w:p>
        </w:tc>
        <w:tc>
          <w:tcPr>
            <w:tcW w:w="3816" w:type="dxa"/>
            <w:shd w:val="clear" w:color="auto" w:fill="F1F6F5"/>
            <w:tcMar>
              <w:top w:w="110" w:type="dxa"/>
              <w:left w:w="130" w:type="dxa"/>
              <w:bottom w:w="110" w:type="dxa"/>
              <w:right w:w="130" w:type="dxa"/>
            </w:tcMar>
            <w:vAlign w:val="center"/>
          </w:tcPr>
          <w:p w14:paraId="79BF3275" w14:textId="77777777" w:rsidR="002350F4" w:rsidRDefault="00000000">
            <w:pPr>
              <w:spacing w:after="40" w:line="240" w:lineRule="auto"/>
            </w:pPr>
            <w:r>
              <w:t>Administration, collections, team working and service cover</w:t>
            </w:r>
          </w:p>
        </w:tc>
        <w:tc>
          <w:tcPr>
            <w:tcW w:w="3816" w:type="dxa"/>
            <w:shd w:val="clear" w:color="auto" w:fill="F1F6F5"/>
            <w:tcMar>
              <w:top w:w="110" w:type="dxa"/>
              <w:left w:w="130" w:type="dxa"/>
              <w:bottom w:w="110" w:type="dxa"/>
              <w:right w:w="130" w:type="dxa"/>
            </w:tcMar>
            <w:vAlign w:val="center"/>
          </w:tcPr>
          <w:p w14:paraId="36FFB8C7" w14:textId="77777777" w:rsidR="002350F4" w:rsidRDefault="00000000">
            <w:pPr>
              <w:spacing w:after="40" w:line="240" w:lineRule="auto"/>
            </w:pPr>
            <w:r>
              <w:t>Administration, collections and deliveries, volunteer support and service cover</w:t>
            </w:r>
          </w:p>
        </w:tc>
      </w:tr>
    </w:tbl>
    <w:p w14:paraId="0DD9FF22" w14:textId="77777777" w:rsidR="002350F4" w:rsidRDefault="00000000">
      <w:pPr>
        <w:pStyle w:val="Heading1"/>
      </w:pPr>
      <w:r>
        <w:t>About Baby Godiva</w:t>
      </w:r>
    </w:p>
    <w:p w14:paraId="7F1D818E" w14:textId="77777777" w:rsidR="002350F4" w:rsidRDefault="00000000">
      <w:r>
        <w:t>Baby Godiva supports Coventry families who are experiencing poverty, hardship or crisis by providing essential items for babies and young children. Our work combines practical help with dignity, careful assessment and strong relationships with families, professionals, volunteers, donors and community partners.</w:t>
      </w:r>
    </w:p>
    <w:p w14:paraId="2A002C5C" w14:textId="2F54FD02" w:rsidR="002350F4" w:rsidRDefault="00000000">
      <w:r>
        <w:t>Both roles are practical and people</w:t>
      </w:r>
      <w:r w:rsidR="009762A0">
        <w:t xml:space="preserve"> </w:t>
      </w:r>
      <w:r>
        <w:t>focused. No two days are the same, and postholders must be comfortable moving between planned work and urgent needs while maintaining safe boundaries, accurate records and a compassionate approach.</w:t>
      </w:r>
    </w:p>
    <w:p w14:paraId="63B27DFE" w14:textId="77777777" w:rsidR="002350F4" w:rsidRDefault="00000000">
      <w:r>
        <w:br w:type="page"/>
      </w:r>
    </w:p>
    <w:p w14:paraId="5198586E" w14:textId="77777777" w:rsidR="002350F4" w:rsidRDefault="00000000">
      <w:pPr>
        <w:pStyle w:val="Title"/>
        <w:spacing w:after="200"/>
      </w:pPr>
      <w:r>
        <w:lastRenderedPageBreak/>
        <w:t>Baby Bank Warehouse and Volunteer Coordinator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92"/>
        <w:gridCol w:w="6912"/>
      </w:tblGrid>
      <w:tr w:rsidR="002350F4" w14:paraId="3626C190" w14:textId="77777777">
        <w:trPr>
          <w:jc w:val="center"/>
        </w:trPr>
        <w:tc>
          <w:tcPr>
            <w:tcW w:w="2592" w:type="dxa"/>
            <w:shd w:val="clear" w:color="auto" w:fill="EAF3F2"/>
            <w:tcMar>
              <w:top w:w="110" w:type="dxa"/>
              <w:left w:w="130" w:type="dxa"/>
              <w:bottom w:w="110" w:type="dxa"/>
              <w:right w:w="130" w:type="dxa"/>
            </w:tcMar>
            <w:vAlign w:val="center"/>
          </w:tcPr>
          <w:p w14:paraId="5C856806" w14:textId="77777777" w:rsidR="002350F4" w:rsidRDefault="00000000">
            <w:pPr>
              <w:spacing w:after="40" w:line="240" w:lineRule="auto"/>
            </w:pPr>
            <w:r>
              <w:rPr>
                <w:b/>
              </w:rPr>
              <w:t>Organisation</w:t>
            </w:r>
          </w:p>
        </w:tc>
        <w:tc>
          <w:tcPr>
            <w:tcW w:w="6912" w:type="dxa"/>
            <w:tcMar>
              <w:top w:w="110" w:type="dxa"/>
              <w:left w:w="130" w:type="dxa"/>
              <w:bottom w:w="110" w:type="dxa"/>
              <w:right w:w="130" w:type="dxa"/>
            </w:tcMar>
            <w:vAlign w:val="center"/>
          </w:tcPr>
          <w:p w14:paraId="04F495E2" w14:textId="77777777" w:rsidR="002350F4" w:rsidRDefault="00000000">
            <w:pPr>
              <w:spacing w:after="40" w:line="240" w:lineRule="auto"/>
            </w:pPr>
            <w:r>
              <w:t>Baby Godiva</w:t>
            </w:r>
          </w:p>
        </w:tc>
      </w:tr>
      <w:tr w:rsidR="002350F4" w14:paraId="540D010B" w14:textId="77777777">
        <w:trPr>
          <w:jc w:val="center"/>
        </w:trPr>
        <w:tc>
          <w:tcPr>
            <w:tcW w:w="2592" w:type="dxa"/>
            <w:shd w:val="clear" w:color="auto" w:fill="EAF3F2"/>
            <w:tcMar>
              <w:top w:w="110" w:type="dxa"/>
              <w:left w:w="130" w:type="dxa"/>
              <w:bottom w:w="110" w:type="dxa"/>
              <w:right w:w="130" w:type="dxa"/>
            </w:tcMar>
            <w:vAlign w:val="center"/>
          </w:tcPr>
          <w:p w14:paraId="07DC8F93" w14:textId="77777777" w:rsidR="002350F4" w:rsidRDefault="00000000">
            <w:pPr>
              <w:spacing w:after="40" w:line="240" w:lineRule="auto"/>
            </w:pPr>
            <w:r>
              <w:rPr>
                <w:b/>
              </w:rPr>
              <w:t>Hours</w:t>
            </w:r>
          </w:p>
        </w:tc>
        <w:tc>
          <w:tcPr>
            <w:tcW w:w="6912" w:type="dxa"/>
            <w:shd w:val="clear" w:color="auto" w:fill="F7FAFA"/>
            <w:tcMar>
              <w:top w:w="110" w:type="dxa"/>
              <w:left w:w="130" w:type="dxa"/>
              <w:bottom w:w="110" w:type="dxa"/>
              <w:right w:w="130" w:type="dxa"/>
            </w:tcMar>
            <w:vAlign w:val="center"/>
          </w:tcPr>
          <w:p w14:paraId="337CC136" w14:textId="3814D345" w:rsidR="002350F4" w:rsidRDefault="009762A0">
            <w:pPr>
              <w:spacing w:after="40" w:line="240" w:lineRule="auto"/>
            </w:pPr>
            <w:r>
              <w:t>9:30 – 2:00, 3 days a week</w:t>
            </w:r>
          </w:p>
        </w:tc>
      </w:tr>
      <w:tr w:rsidR="002350F4" w14:paraId="45CCD797" w14:textId="77777777">
        <w:trPr>
          <w:jc w:val="center"/>
        </w:trPr>
        <w:tc>
          <w:tcPr>
            <w:tcW w:w="2592" w:type="dxa"/>
            <w:shd w:val="clear" w:color="auto" w:fill="EAF3F2"/>
            <w:tcMar>
              <w:top w:w="110" w:type="dxa"/>
              <w:left w:w="130" w:type="dxa"/>
              <w:bottom w:w="110" w:type="dxa"/>
              <w:right w:w="130" w:type="dxa"/>
            </w:tcMar>
            <w:vAlign w:val="center"/>
          </w:tcPr>
          <w:p w14:paraId="11EDE754" w14:textId="77777777" w:rsidR="002350F4" w:rsidRDefault="00000000">
            <w:pPr>
              <w:spacing w:after="40" w:line="240" w:lineRule="auto"/>
            </w:pPr>
            <w:r>
              <w:rPr>
                <w:b/>
              </w:rPr>
              <w:t>Pay</w:t>
            </w:r>
          </w:p>
        </w:tc>
        <w:tc>
          <w:tcPr>
            <w:tcW w:w="6912" w:type="dxa"/>
            <w:tcMar>
              <w:top w:w="110" w:type="dxa"/>
              <w:left w:w="130" w:type="dxa"/>
              <w:bottom w:w="110" w:type="dxa"/>
              <w:right w:w="130" w:type="dxa"/>
            </w:tcMar>
            <w:vAlign w:val="center"/>
          </w:tcPr>
          <w:p w14:paraId="6ED03D4E" w14:textId="77777777" w:rsidR="002350F4" w:rsidRDefault="00000000">
            <w:pPr>
              <w:spacing w:after="40" w:line="240" w:lineRule="auto"/>
            </w:pPr>
            <w:r>
              <w:t>£14 per hour</w:t>
            </w:r>
          </w:p>
        </w:tc>
      </w:tr>
      <w:tr w:rsidR="002350F4" w14:paraId="1A658FEB" w14:textId="77777777">
        <w:trPr>
          <w:jc w:val="center"/>
        </w:trPr>
        <w:tc>
          <w:tcPr>
            <w:tcW w:w="2592" w:type="dxa"/>
            <w:shd w:val="clear" w:color="auto" w:fill="EAF3F2"/>
            <w:tcMar>
              <w:top w:w="110" w:type="dxa"/>
              <w:left w:w="130" w:type="dxa"/>
              <w:bottom w:w="110" w:type="dxa"/>
              <w:right w:w="130" w:type="dxa"/>
            </w:tcMar>
            <w:vAlign w:val="center"/>
          </w:tcPr>
          <w:p w14:paraId="5E77983E" w14:textId="77777777" w:rsidR="002350F4" w:rsidRDefault="00000000">
            <w:pPr>
              <w:spacing w:after="40" w:line="240" w:lineRule="auto"/>
            </w:pPr>
            <w:r>
              <w:rPr>
                <w:b/>
              </w:rPr>
              <w:t>Location</w:t>
            </w:r>
          </w:p>
        </w:tc>
        <w:tc>
          <w:tcPr>
            <w:tcW w:w="6912" w:type="dxa"/>
            <w:shd w:val="clear" w:color="auto" w:fill="F7FAFA"/>
            <w:tcMar>
              <w:top w:w="110" w:type="dxa"/>
              <w:left w:w="130" w:type="dxa"/>
              <w:bottom w:w="110" w:type="dxa"/>
              <w:right w:w="130" w:type="dxa"/>
            </w:tcMar>
            <w:vAlign w:val="center"/>
          </w:tcPr>
          <w:p w14:paraId="2D185AF1" w14:textId="77777777" w:rsidR="002350F4" w:rsidRDefault="00000000">
            <w:pPr>
              <w:spacing w:after="40" w:line="240" w:lineRule="auto"/>
            </w:pPr>
            <w:r>
              <w:t>Coventry</w:t>
            </w:r>
          </w:p>
        </w:tc>
      </w:tr>
      <w:tr w:rsidR="002350F4" w14:paraId="3291259D" w14:textId="77777777">
        <w:trPr>
          <w:jc w:val="center"/>
        </w:trPr>
        <w:tc>
          <w:tcPr>
            <w:tcW w:w="2592" w:type="dxa"/>
            <w:shd w:val="clear" w:color="auto" w:fill="EAF3F2"/>
            <w:tcMar>
              <w:top w:w="110" w:type="dxa"/>
              <w:left w:w="130" w:type="dxa"/>
              <w:bottom w:w="110" w:type="dxa"/>
              <w:right w:w="130" w:type="dxa"/>
            </w:tcMar>
            <w:vAlign w:val="center"/>
          </w:tcPr>
          <w:p w14:paraId="454EDEF9" w14:textId="77777777" w:rsidR="002350F4" w:rsidRDefault="00000000">
            <w:pPr>
              <w:spacing w:after="40" w:line="240" w:lineRule="auto"/>
            </w:pPr>
            <w:r>
              <w:rPr>
                <w:b/>
              </w:rPr>
              <w:t>Reports to</w:t>
            </w:r>
          </w:p>
        </w:tc>
        <w:tc>
          <w:tcPr>
            <w:tcW w:w="6912" w:type="dxa"/>
            <w:tcMar>
              <w:top w:w="110" w:type="dxa"/>
              <w:left w:w="130" w:type="dxa"/>
              <w:bottom w:w="110" w:type="dxa"/>
              <w:right w:w="130" w:type="dxa"/>
            </w:tcMar>
            <w:vAlign w:val="center"/>
          </w:tcPr>
          <w:p w14:paraId="7DCCBD8F" w14:textId="77777777" w:rsidR="002350F4" w:rsidRDefault="00000000">
            <w:pPr>
              <w:spacing w:after="40" w:line="240" w:lineRule="auto"/>
            </w:pPr>
            <w:r>
              <w:t>Chief Executive Officer</w:t>
            </w:r>
          </w:p>
        </w:tc>
      </w:tr>
    </w:tbl>
    <w:p w14:paraId="055CCBE2" w14:textId="77777777" w:rsidR="002350F4" w:rsidRDefault="002350F4">
      <w:pPr>
        <w:spacing w:after="0"/>
      </w:pPr>
    </w:p>
    <w:p w14:paraId="54065A64" w14:textId="77777777" w:rsidR="002350F4" w:rsidRDefault="00000000">
      <w:pPr>
        <w:pStyle w:val="Heading1"/>
      </w:pPr>
      <w:r>
        <w:t>Purpose of the role</w:t>
      </w:r>
    </w:p>
    <w:p w14:paraId="12C69E80" w14:textId="35C354A6" w:rsidR="002350F4" w:rsidRDefault="00000000">
      <w:r>
        <w:t xml:space="preserve">This is a practical, </w:t>
      </w:r>
      <w:proofErr w:type="gramStart"/>
      <w:r>
        <w:t>warehouse</w:t>
      </w:r>
      <w:r w:rsidR="009762A0">
        <w:t xml:space="preserve"> </w:t>
      </w:r>
      <w:r>
        <w:t>based</w:t>
      </w:r>
      <w:proofErr w:type="gramEnd"/>
      <w:r>
        <w:t xml:space="preserve"> role responsible for keeping donations, stock, collections and volunteering organised and safe. You will welcome and support donors, maintain a clean and efficient warehouse, prepare essential items for families, manage day-to-day volunteer activity and complete the administration that keeps the service running. The role suits someone who enjoys hands-on work, builds positive relationships and can create order in a busy environment.</w:t>
      </w:r>
    </w:p>
    <w:p w14:paraId="68BB44C0" w14:textId="77777777" w:rsidR="002350F4" w:rsidRDefault="00000000">
      <w:pPr>
        <w:pStyle w:val="Heading1"/>
      </w:pPr>
      <w:r>
        <w:t>Key responsibilities</w:t>
      </w:r>
    </w:p>
    <w:p w14:paraId="7349790D" w14:textId="77777777" w:rsidR="002350F4" w:rsidRDefault="00000000">
      <w:pPr>
        <w:pStyle w:val="Heading2"/>
      </w:pPr>
      <w:r>
        <w:t>Warehouse and stock management</w:t>
      </w:r>
    </w:p>
    <w:p w14:paraId="64B5D8DD" w14:textId="77777777" w:rsidR="002350F4" w:rsidRDefault="00000000">
      <w:pPr>
        <w:pStyle w:val="ListBullet"/>
        <w:keepLines/>
        <w:spacing w:after="60"/>
      </w:pPr>
      <w:r>
        <w:t>Oversee the safe receipt, checking, sorting and storage of donated items, ensuring they are clean, safe and appropriate for use.</w:t>
      </w:r>
    </w:p>
    <w:p w14:paraId="2F4D7AEA" w14:textId="77777777" w:rsidR="002350F4" w:rsidRDefault="00000000">
      <w:pPr>
        <w:pStyle w:val="ListBullet"/>
        <w:keepLines/>
        <w:spacing w:after="60"/>
      </w:pPr>
      <w:r>
        <w:t>Maintain a clean, organised and efficient warehouse, with clear storage systems and safe working practices.</w:t>
      </w:r>
    </w:p>
    <w:p w14:paraId="4A713AAC" w14:textId="77777777" w:rsidR="002350F4" w:rsidRDefault="00000000">
      <w:pPr>
        <w:pStyle w:val="ListBullet"/>
        <w:keepLines/>
        <w:spacing w:after="60"/>
      </w:pPr>
      <w:r>
        <w:t>Monitor stock levels, rotate items and identify shortages or surpluses promptly.</w:t>
      </w:r>
    </w:p>
    <w:p w14:paraId="74E4C640" w14:textId="77777777" w:rsidR="002350F4" w:rsidRDefault="00000000">
      <w:pPr>
        <w:pStyle w:val="ListBullet"/>
        <w:keepLines/>
        <w:spacing w:after="60"/>
      </w:pPr>
      <w:r>
        <w:t>Pack parcels of essential baby items accurately, based on assessed family needs.</w:t>
      </w:r>
    </w:p>
    <w:p w14:paraId="0796896D" w14:textId="77777777" w:rsidR="002350F4" w:rsidRDefault="00000000">
      <w:pPr>
        <w:pStyle w:val="ListBullet"/>
        <w:keepLines/>
        <w:spacing w:after="60"/>
      </w:pPr>
      <w:r>
        <w:t>Arrange and facilitate collections by families and professionals, ensuring items are ready and records are complete.</w:t>
      </w:r>
    </w:p>
    <w:p w14:paraId="3522DDF6" w14:textId="77777777" w:rsidR="002350F4" w:rsidRDefault="00000000">
      <w:pPr>
        <w:pStyle w:val="ListBullet"/>
        <w:keepLines/>
        <w:spacing w:after="60"/>
      </w:pPr>
      <w:r>
        <w:t>Coordinate incoming donations and practical collections from donors and community partners.</w:t>
      </w:r>
    </w:p>
    <w:p w14:paraId="15A9E529" w14:textId="77777777" w:rsidR="002350F4" w:rsidRDefault="00000000">
      <w:pPr>
        <w:pStyle w:val="Heading2"/>
      </w:pPr>
      <w:r>
        <w:t>Donor support</w:t>
      </w:r>
    </w:p>
    <w:p w14:paraId="31C9119D" w14:textId="77777777" w:rsidR="002350F4" w:rsidRDefault="00000000">
      <w:pPr>
        <w:pStyle w:val="ListBullet"/>
        <w:keepLines/>
        <w:spacing w:after="60"/>
      </w:pPr>
      <w:r>
        <w:t>Welcome donors and provide clear, respectful information about the items Baby Godiva can and cannot accept.</w:t>
      </w:r>
    </w:p>
    <w:p w14:paraId="09B584F6" w14:textId="77777777" w:rsidR="002350F4" w:rsidRDefault="00000000">
      <w:pPr>
        <w:pStyle w:val="ListBullet"/>
        <w:keepLines/>
        <w:spacing w:after="60"/>
      </w:pPr>
      <w:r>
        <w:t>Respond to donation enquiries and help donors arrange suitable drop-offs or collections.</w:t>
      </w:r>
    </w:p>
    <w:p w14:paraId="13BA8B71" w14:textId="77777777" w:rsidR="002350F4" w:rsidRDefault="00000000">
      <w:pPr>
        <w:pStyle w:val="ListBullet"/>
        <w:keepLines/>
        <w:spacing w:after="60"/>
      </w:pPr>
      <w:r>
        <w:t>Support local donation drives and communicate current stock needs to the wider team.</w:t>
      </w:r>
    </w:p>
    <w:p w14:paraId="768418C2" w14:textId="77777777" w:rsidR="002350F4" w:rsidRDefault="00000000">
      <w:pPr>
        <w:pStyle w:val="Heading2"/>
      </w:pPr>
      <w:r>
        <w:t>Volunteer coordination</w:t>
      </w:r>
    </w:p>
    <w:p w14:paraId="44B6B8D9" w14:textId="77777777" w:rsidR="002350F4" w:rsidRDefault="00000000">
      <w:pPr>
        <w:pStyle w:val="ListBullet"/>
        <w:keepLines/>
        <w:spacing w:after="60"/>
      </w:pPr>
      <w:r>
        <w:t>Lead the day-to-day coordination of warehouse volunteers, allocating clear and purposeful tasks.</w:t>
      </w:r>
    </w:p>
    <w:p w14:paraId="30DE25BD" w14:textId="77777777" w:rsidR="002350F4" w:rsidRDefault="00000000">
      <w:pPr>
        <w:pStyle w:val="ListBullet"/>
        <w:keepLines/>
        <w:spacing w:after="60"/>
      </w:pPr>
      <w:r>
        <w:t>Recruit new volunteers in response to service needs and maintain an accurate volunteer database.</w:t>
      </w:r>
    </w:p>
    <w:p w14:paraId="555A9362" w14:textId="77777777" w:rsidR="002350F4" w:rsidRDefault="00000000">
      <w:pPr>
        <w:pStyle w:val="ListBullet"/>
        <w:keepLines/>
        <w:spacing w:after="60"/>
      </w:pPr>
      <w:r>
        <w:t>Deliver volunteer inductions, practical training and ongoing guidance.</w:t>
      </w:r>
    </w:p>
    <w:p w14:paraId="0ED4FAA2" w14:textId="77777777" w:rsidR="002350F4" w:rsidRDefault="00000000">
      <w:pPr>
        <w:pStyle w:val="ListBullet"/>
        <w:keepLines/>
        <w:spacing w:after="60"/>
      </w:pPr>
      <w:r>
        <w:t>Promote an inclusive, welcoming and safe volunteer culture in which people feel valued and understand expectations.</w:t>
      </w:r>
    </w:p>
    <w:p w14:paraId="1B9FDF23" w14:textId="77777777" w:rsidR="002350F4" w:rsidRDefault="00000000">
      <w:pPr>
        <w:pStyle w:val="ListBullet"/>
        <w:keepLines/>
        <w:spacing w:after="60"/>
      </w:pPr>
      <w:r>
        <w:lastRenderedPageBreak/>
        <w:t>Address day-to-day concerns promptly and escalate conduct, safeguarding or performance issues appropriately.</w:t>
      </w:r>
    </w:p>
    <w:p w14:paraId="5F4003BA" w14:textId="77777777" w:rsidR="002350F4" w:rsidRDefault="00000000">
      <w:pPr>
        <w:pStyle w:val="Heading2"/>
      </w:pPr>
      <w:r>
        <w:t>Administration and team duties</w:t>
      </w:r>
    </w:p>
    <w:p w14:paraId="35DBD162" w14:textId="77777777" w:rsidR="002350F4" w:rsidRDefault="00000000">
      <w:pPr>
        <w:pStyle w:val="ListBullet"/>
        <w:keepLines/>
        <w:spacing w:after="60"/>
      </w:pPr>
      <w:r>
        <w:t>Maintain accurate records of donations, stock, collections and volunteer involvement.</w:t>
      </w:r>
    </w:p>
    <w:p w14:paraId="4CFC7C22" w14:textId="77777777" w:rsidR="002350F4" w:rsidRDefault="00000000">
      <w:pPr>
        <w:pStyle w:val="ListBullet"/>
        <w:keepLines/>
        <w:spacing w:after="60"/>
      </w:pPr>
      <w:r>
        <w:t>Input and update information on Baby Godiva's CRM and other agreed systems.</w:t>
      </w:r>
    </w:p>
    <w:p w14:paraId="0D3314E6" w14:textId="77777777" w:rsidR="002350F4" w:rsidRDefault="00000000">
      <w:pPr>
        <w:pStyle w:val="ListBullet"/>
        <w:keepLines/>
        <w:spacing w:after="60"/>
      </w:pPr>
      <w:r>
        <w:t>Respond to routine telephone, email and social media enquiries relating to donations, collections and volunteering.</w:t>
      </w:r>
    </w:p>
    <w:p w14:paraId="7BB56849" w14:textId="77777777" w:rsidR="002350F4" w:rsidRDefault="00000000">
      <w:pPr>
        <w:pStyle w:val="ListBullet"/>
        <w:keepLines/>
        <w:spacing w:after="60"/>
      </w:pPr>
      <w:r>
        <w:t>Work closely with the Family Support and Development Coordinator so that assessed needs can be met from available stock.</w:t>
      </w:r>
    </w:p>
    <w:p w14:paraId="796EA337" w14:textId="77777777" w:rsidR="002350F4" w:rsidRDefault="00000000">
      <w:pPr>
        <w:pStyle w:val="ListBullet"/>
        <w:keepLines/>
        <w:spacing w:after="60"/>
      </w:pPr>
      <w:r>
        <w:t>Contribute to the safe and smooth day-to-day running of Baby Godiva and provide reasonable operational cover when needed.</w:t>
      </w:r>
    </w:p>
    <w:p w14:paraId="247867FF" w14:textId="77777777" w:rsidR="002350F4" w:rsidRDefault="00000000">
      <w:pPr>
        <w:pStyle w:val="Heading1"/>
      </w:pPr>
      <w:r>
        <w:t>About you</w:t>
      </w:r>
    </w:p>
    <w:p w14:paraId="3A3A7495" w14:textId="77777777" w:rsidR="002350F4" w:rsidRDefault="00000000">
      <w:pPr>
        <w:pStyle w:val="Heading2"/>
      </w:pPr>
      <w:r>
        <w:t>Essential</w:t>
      </w:r>
    </w:p>
    <w:p w14:paraId="6F9754E3" w14:textId="77777777" w:rsidR="002350F4" w:rsidRDefault="00000000">
      <w:pPr>
        <w:pStyle w:val="ListBullet"/>
        <w:keepLines/>
        <w:spacing w:after="60"/>
      </w:pPr>
      <w:r>
        <w:t>Experience in a warehouse, stock, donations, retail, community or similarly practical operational role.</w:t>
      </w:r>
    </w:p>
    <w:p w14:paraId="1BA083B9" w14:textId="77777777" w:rsidR="002350F4" w:rsidRDefault="00000000">
      <w:pPr>
        <w:pStyle w:val="ListBullet"/>
        <w:keepLines/>
        <w:spacing w:after="60"/>
      </w:pPr>
      <w:r>
        <w:t>Experience of supporting, supervising or coordinating volunteers or a small team.</w:t>
      </w:r>
    </w:p>
    <w:p w14:paraId="77EA2266" w14:textId="77777777" w:rsidR="002350F4" w:rsidRDefault="00000000">
      <w:pPr>
        <w:pStyle w:val="ListBullet"/>
        <w:keepLines/>
        <w:spacing w:after="60"/>
      </w:pPr>
      <w:r>
        <w:t>Excellent organisation and time management skills, with the ability to prioritise in a busy environment.</w:t>
      </w:r>
    </w:p>
    <w:p w14:paraId="6C36AD38" w14:textId="77777777" w:rsidR="002350F4" w:rsidRDefault="00000000">
      <w:pPr>
        <w:pStyle w:val="ListBullet"/>
        <w:keepLines/>
        <w:spacing w:after="60"/>
      </w:pPr>
      <w:r>
        <w:t>A practical approach and confidence creating and maintaining clear systems.</w:t>
      </w:r>
    </w:p>
    <w:p w14:paraId="08A03B74" w14:textId="77777777" w:rsidR="002350F4" w:rsidRDefault="00000000">
      <w:pPr>
        <w:pStyle w:val="ListBullet"/>
        <w:keepLines/>
        <w:spacing w:after="60"/>
      </w:pPr>
      <w:r>
        <w:t>Strong communication skills and a welcoming, respectful manner with donors, volunteers, families and professionals.</w:t>
      </w:r>
    </w:p>
    <w:p w14:paraId="0615793B" w14:textId="77777777" w:rsidR="002350F4" w:rsidRDefault="00000000">
      <w:pPr>
        <w:pStyle w:val="ListBullet"/>
        <w:keepLines/>
        <w:spacing w:after="60"/>
      </w:pPr>
      <w:r>
        <w:t>Confidence using email, spreadsheets, databases or CRM systems, or the ability to learn them quickly.</w:t>
      </w:r>
    </w:p>
    <w:p w14:paraId="00D886BB" w14:textId="77777777" w:rsidR="002350F4" w:rsidRDefault="00000000">
      <w:pPr>
        <w:pStyle w:val="ListBullet"/>
        <w:keepLines/>
        <w:spacing w:after="60"/>
      </w:pPr>
      <w:r>
        <w:t>An understanding of confidentiality, safeguarding and professional boundaries.</w:t>
      </w:r>
    </w:p>
    <w:p w14:paraId="0DB5738D" w14:textId="77777777" w:rsidR="002350F4" w:rsidRDefault="00000000">
      <w:pPr>
        <w:pStyle w:val="ListBullet"/>
        <w:keepLines/>
        <w:spacing w:after="60"/>
      </w:pPr>
      <w:r>
        <w:t>Physical ability to lift and move items such as prams, cots and boxes of clothing, using appropriate equipment and safe handling practices.</w:t>
      </w:r>
    </w:p>
    <w:p w14:paraId="051EA3DF" w14:textId="77777777" w:rsidR="002350F4" w:rsidRDefault="00000000">
      <w:pPr>
        <w:pStyle w:val="ListBullet"/>
        <w:keepLines/>
        <w:spacing w:after="60"/>
      </w:pPr>
      <w:r>
        <w:t>Commitment to Baby Godiva's values and to treating every family with dignity.</w:t>
      </w:r>
    </w:p>
    <w:p w14:paraId="0381511C" w14:textId="77777777" w:rsidR="002350F4" w:rsidRDefault="00000000">
      <w:pPr>
        <w:pStyle w:val="Heading2"/>
      </w:pPr>
      <w:r>
        <w:t>Desirable</w:t>
      </w:r>
    </w:p>
    <w:p w14:paraId="131145A7" w14:textId="77777777" w:rsidR="002350F4" w:rsidRDefault="00000000">
      <w:pPr>
        <w:pStyle w:val="ListBullet"/>
        <w:keepLines/>
        <w:spacing w:after="60"/>
      </w:pPr>
      <w:r>
        <w:t>Experience in a donation-based charity, baby bank, food bank or other community organisation.</w:t>
      </w:r>
    </w:p>
    <w:p w14:paraId="18A9C26B" w14:textId="77777777" w:rsidR="002350F4" w:rsidRDefault="00000000">
      <w:pPr>
        <w:pStyle w:val="ListBullet"/>
        <w:keepLines/>
        <w:spacing w:after="60"/>
      </w:pPr>
      <w:r>
        <w:t>Experience recruiting and training volunteers.</w:t>
      </w:r>
    </w:p>
    <w:p w14:paraId="43943B2E" w14:textId="77777777" w:rsidR="002350F4" w:rsidRDefault="00000000">
      <w:pPr>
        <w:pStyle w:val="ListBullet"/>
        <w:keepLines/>
        <w:spacing w:after="60"/>
      </w:pPr>
      <w:r>
        <w:t>Knowledge of health and safety in a warehouse or community setting.</w:t>
      </w:r>
    </w:p>
    <w:p w14:paraId="28AF2DAA" w14:textId="77777777" w:rsidR="002350F4" w:rsidRDefault="00000000">
      <w:pPr>
        <w:pStyle w:val="ListBullet"/>
        <w:keepLines/>
        <w:spacing w:after="60"/>
      </w:pPr>
      <w:r>
        <w:t>A full driving licence and willingness to support occasional collections or deliveries.</w:t>
      </w:r>
    </w:p>
    <w:p w14:paraId="63779BBC" w14:textId="77777777" w:rsidR="002350F4" w:rsidRDefault="00000000">
      <w:pPr>
        <w:pStyle w:val="Heading1"/>
      </w:pPr>
      <w:r>
        <w:t>Working across Baby Godiva and Clothing Coventry</w:t>
      </w:r>
    </w:p>
    <w:p w14:paraId="7E9E7859" w14:textId="77777777" w:rsidR="002350F4" w:rsidRDefault="00000000">
      <w:r>
        <w:t>Baby Godiva works closely with its sister charity, Clothing Coventry. You may occasionally be asked to help with appropriate tasks at Clothing Coventry or provide cover across the two organisations. In return, the Clothing Coventry team can support essential cover during annual leave and other planned time away.</w:t>
      </w:r>
    </w:p>
    <w:p w14:paraId="207BF49B" w14:textId="77777777" w:rsidR="002350F4" w:rsidRDefault="00000000">
      <w:pPr>
        <w:pStyle w:val="Heading1"/>
      </w:pPr>
      <w:r>
        <w:t>What we offer</w:t>
      </w:r>
    </w:p>
    <w:p w14:paraId="4E63A4F7" w14:textId="77777777" w:rsidR="002350F4" w:rsidRDefault="00000000">
      <w:pPr>
        <w:pStyle w:val="ListBullet"/>
        <w:keepLines/>
        <w:spacing w:after="60"/>
      </w:pPr>
      <w:r>
        <w:t>Pay of £14 per hour.</w:t>
      </w:r>
    </w:p>
    <w:p w14:paraId="5FBC7C95" w14:textId="77777777" w:rsidR="002350F4" w:rsidRDefault="00000000">
      <w:pPr>
        <w:pStyle w:val="ListBullet"/>
        <w:keepLines/>
        <w:spacing w:after="60"/>
      </w:pPr>
      <w:r>
        <w:t>A pension contribution of 3% where eligible.</w:t>
      </w:r>
    </w:p>
    <w:p w14:paraId="5D044CB3" w14:textId="77777777" w:rsidR="002350F4" w:rsidRDefault="00000000">
      <w:pPr>
        <w:pStyle w:val="ListBullet"/>
        <w:keepLines/>
        <w:spacing w:after="60"/>
      </w:pPr>
      <w:r>
        <w:t>30 days of annual leave plus bank holidays, pro rata, usually including additional time off between Christmas and New Year.</w:t>
      </w:r>
    </w:p>
    <w:p w14:paraId="08FF5070" w14:textId="77777777" w:rsidR="002350F4" w:rsidRDefault="00000000">
      <w:pPr>
        <w:pStyle w:val="ListBullet"/>
        <w:keepLines/>
        <w:spacing w:after="60"/>
      </w:pPr>
      <w:r>
        <w:t>A flexible and family-friendly working environment.</w:t>
      </w:r>
    </w:p>
    <w:p w14:paraId="45BD9142" w14:textId="77777777" w:rsidR="002350F4" w:rsidRDefault="00000000">
      <w:pPr>
        <w:pStyle w:val="ListBullet"/>
        <w:keepLines/>
        <w:spacing w:after="60"/>
      </w:pPr>
      <w:r>
        <w:t>The opportunity to make a practical difference for babies and families across Coventry.</w:t>
      </w:r>
    </w:p>
    <w:p w14:paraId="147A7023" w14:textId="77777777" w:rsidR="002350F4" w:rsidRDefault="00000000">
      <w:pPr>
        <w:pStyle w:val="Heading1"/>
      </w:pPr>
      <w:r>
        <w:lastRenderedPageBreak/>
        <w:t>Application process</w:t>
      </w:r>
    </w:p>
    <w:p w14:paraId="4FE7919F" w14:textId="264EB701" w:rsidR="002350F4" w:rsidRDefault="00000000" w:rsidP="007563BF">
      <w:r>
        <w:t xml:space="preserve">Please </w:t>
      </w:r>
      <w:r w:rsidR="007563BF">
        <w:t xml:space="preserve">see application form below. </w:t>
      </w:r>
    </w:p>
    <w:p w14:paraId="01CA6518" w14:textId="77777777" w:rsidR="002350F4" w:rsidRDefault="00000000">
      <w:r>
        <w:br w:type="page"/>
      </w:r>
    </w:p>
    <w:p w14:paraId="4C950583" w14:textId="77777777" w:rsidR="002350F4" w:rsidRDefault="00000000">
      <w:pPr>
        <w:pStyle w:val="Title"/>
        <w:spacing w:after="200"/>
      </w:pPr>
      <w:r>
        <w:lastRenderedPageBreak/>
        <w:t>Baby Bank Family Support and Development Coordinator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92"/>
        <w:gridCol w:w="6912"/>
      </w:tblGrid>
      <w:tr w:rsidR="002350F4" w14:paraId="34A47C62" w14:textId="77777777">
        <w:trPr>
          <w:jc w:val="center"/>
        </w:trPr>
        <w:tc>
          <w:tcPr>
            <w:tcW w:w="2592" w:type="dxa"/>
            <w:shd w:val="clear" w:color="auto" w:fill="EAF3F2"/>
            <w:tcMar>
              <w:top w:w="110" w:type="dxa"/>
              <w:left w:w="130" w:type="dxa"/>
              <w:bottom w:w="110" w:type="dxa"/>
              <w:right w:w="130" w:type="dxa"/>
            </w:tcMar>
            <w:vAlign w:val="center"/>
          </w:tcPr>
          <w:p w14:paraId="0C014A7D" w14:textId="77777777" w:rsidR="002350F4" w:rsidRDefault="00000000">
            <w:pPr>
              <w:spacing w:after="40" w:line="240" w:lineRule="auto"/>
            </w:pPr>
            <w:r>
              <w:rPr>
                <w:b/>
              </w:rPr>
              <w:t>Organisation</w:t>
            </w:r>
          </w:p>
        </w:tc>
        <w:tc>
          <w:tcPr>
            <w:tcW w:w="6912" w:type="dxa"/>
            <w:tcMar>
              <w:top w:w="110" w:type="dxa"/>
              <w:left w:w="130" w:type="dxa"/>
              <w:bottom w:w="110" w:type="dxa"/>
              <w:right w:w="130" w:type="dxa"/>
            </w:tcMar>
            <w:vAlign w:val="center"/>
          </w:tcPr>
          <w:p w14:paraId="28934400" w14:textId="77777777" w:rsidR="002350F4" w:rsidRDefault="00000000">
            <w:pPr>
              <w:spacing w:after="40" w:line="240" w:lineRule="auto"/>
            </w:pPr>
            <w:r>
              <w:t>Baby Godiva</w:t>
            </w:r>
          </w:p>
        </w:tc>
      </w:tr>
      <w:tr w:rsidR="002350F4" w14:paraId="67F3F98D" w14:textId="77777777">
        <w:trPr>
          <w:jc w:val="center"/>
        </w:trPr>
        <w:tc>
          <w:tcPr>
            <w:tcW w:w="2592" w:type="dxa"/>
            <w:shd w:val="clear" w:color="auto" w:fill="EAF3F2"/>
            <w:tcMar>
              <w:top w:w="110" w:type="dxa"/>
              <w:left w:w="130" w:type="dxa"/>
              <w:bottom w:w="110" w:type="dxa"/>
              <w:right w:w="130" w:type="dxa"/>
            </w:tcMar>
            <w:vAlign w:val="center"/>
          </w:tcPr>
          <w:p w14:paraId="254480EA" w14:textId="77777777" w:rsidR="002350F4" w:rsidRDefault="00000000">
            <w:pPr>
              <w:spacing w:after="40" w:line="240" w:lineRule="auto"/>
            </w:pPr>
            <w:r>
              <w:rPr>
                <w:b/>
              </w:rPr>
              <w:t>Hours</w:t>
            </w:r>
          </w:p>
        </w:tc>
        <w:tc>
          <w:tcPr>
            <w:tcW w:w="6912" w:type="dxa"/>
            <w:shd w:val="clear" w:color="auto" w:fill="F7FAFA"/>
            <w:tcMar>
              <w:top w:w="110" w:type="dxa"/>
              <w:left w:w="130" w:type="dxa"/>
              <w:bottom w:w="110" w:type="dxa"/>
              <w:right w:w="130" w:type="dxa"/>
            </w:tcMar>
            <w:vAlign w:val="center"/>
          </w:tcPr>
          <w:p w14:paraId="50124528" w14:textId="3335C0A2" w:rsidR="002350F4" w:rsidRDefault="00000000">
            <w:pPr>
              <w:spacing w:after="40" w:line="240" w:lineRule="auto"/>
            </w:pPr>
            <w:r>
              <w:t xml:space="preserve">Part time, </w:t>
            </w:r>
            <w:r w:rsidR="009762A0">
              <w:t>9:30- 2:00 3 days a week</w:t>
            </w:r>
          </w:p>
        </w:tc>
      </w:tr>
      <w:tr w:rsidR="002350F4" w14:paraId="01F3AE42" w14:textId="77777777">
        <w:trPr>
          <w:jc w:val="center"/>
        </w:trPr>
        <w:tc>
          <w:tcPr>
            <w:tcW w:w="2592" w:type="dxa"/>
            <w:shd w:val="clear" w:color="auto" w:fill="EAF3F2"/>
            <w:tcMar>
              <w:top w:w="110" w:type="dxa"/>
              <w:left w:w="130" w:type="dxa"/>
              <w:bottom w:w="110" w:type="dxa"/>
              <w:right w:w="130" w:type="dxa"/>
            </w:tcMar>
            <w:vAlign w:val="center"/>
          </w:tcPr>
          <w:p w14:paraId="15B99741" w14:textId="77777777" w:rsidR="002350F4" w:rsidRDefault="00000000">
            <w:pPr>
              <w:spacing w:after="40" w:line="240" w:lineRule="auto"/>
            </w:pPr>
            <w:r>
              <w:rPr>
                <w:b/>
              </w:rPr>
              <w:t>Pay</w:t>
            </w:r>
          </w:p>
        </w:tc>
        <w:tc>
          <w:tcPr>
            <w:tcW w:w="6912" w:type="dxa"/>
            <w:tcMar>
              <w:top w:w="110" w:type="dxa"/>
              <w:left w:w="130" w:type="dxa"/>
              <w:bottom w:w="110" w:type="dxa"/>
              <w:right w:w="130" w:type="dxa"/>
            </w:tcMar>
            <w:vAlign w:val="center"/>
          </w:tcPr>
          <w:p w14:paraId="0BEC43DA" w14:textId="77777777" w:rsidR="002350F4" w:rsidRDefault="00000000">
            <w:pPr>
              <w:spacing w:after="40" w:line="240" w:lineRule="auto"/>
            </w:pPr>
            <w:r>
              <w:t>£15 per hour</w:t>
            </w:r>
          </w:p>
        </w:tc>
      </w:tr>
      <w:tr w:rsidR="002350F4" w14:paraId="4C1F3AF7" w14:textId="77777777">
        <w:trPr>
          <w:jc w:val="center"/>
        </w:trPr>
        <w:tc>
          <w:tcPr>
            <w:tcW w:w="2592" w:type="dxa"/>
            <w:shd w:val="clear" w:color="auto" w:fill="EAF3F2"/>
            <w:tcMar>
              <w:top w:w="110" w:type="dxa"/>
              <w:left w:w="130" w:type="dxa"/>
              <w:bottom w:w="110" w:type="dxa"/>
              <w:right w:w="130" w:type="dxa"/>
            </w:tcMar>
            <w:vAlign w:val="center"/>
          </w:tcPr>
          <w:p w14:paraId="7C70C5F5" w14:textId="77777777" w:rsidR="002350F4" w:rsidRDefault="00000000">
            <w:pPr>
              <w:spacing w:after="40" w:line="240" w:lineRule="auto"/>
            </w:pPr>
            <w:r>
              <w:rPr>
                <w:b/>
              </w:rPr>
              <w:t>Location</w:t>
            </w:r>
          </w:p>
        </w:tc>
        <w:tc>
          <w:tcPr>
            <w:tcW w:w="6912" w:type="dxa"/>
            <w:shd w:val="clear" w:color="auto" w:fill="F7FAFA"/>
            <w:tcMar>
              <w:top w:w="110" w:type="dxa"/>
              <w:left w:w="130" w:type="dxa"/>
              <w:bottom w:w="110" w:type="dxa"/>
              <w:right w:w="130" w:type="dxa"/>
            </w:tcMar>
            <w:vAlign w:val="center"/>
          </w:tcPr>
          <w:p w14:paraId="0D6739C0" w14:textId="77777777" w:rsidR="002350F4" w:rsidRDefault="00000000">
            <w:pPr>
              <w:spacing w:after="40" w:line="240" w:lineRule="auto"/>
            </w:pPr>
            <w:r>
              <w:t>Coventry</w:t>
            </w:r>
          </w:p>
        </w:tc>
      </w:tr>
      <w:tr w:rsidR="002350F4" w14:paraId="3161B534" w14:textId="77777777">
        <w:trPr>
          <w:jc w:val="center"/>
        </w:trPr>
        <w:tc>
          <w:tcPr>
            <w:tcW w:w="2592" w:type="dxa"/>
            <w:shd w:val="clear" w:color="auto" w:fill="EAF3F2"/>
            <w:tcMar>
              <w:top w:w="110" w:type="dxa"/>
              <w:left w:w="130" w:type="dxa"/>
              <w:bottom w:w="110" w:type="dxa"/>
              <w:right w:w="130" w:type="dxa"/>
            </w:tcMar>
            <w:vAlign w:val="center"/>
          </w:tcPr>
          <w:p w14:paraId="6525E2C1" w14:textId="77777777" w:rsidR="002350F4" w:rsidRDefault="00000000">
            <w:pPr>
              <w:spacing w:after="40" w:line="240" w:lineRule="auto"/>
            </w:pPr>
            <w:r>
              <w:rPr>
                <w:b/>
              </w:rPr>
              <w:t>Reports to</w:t>
            </w:r>
          </w:p>
        </w:tc>
        <w:tc>
          <w:tcPr>
            <w:tcW w:w="6912" w:type="dxa"/>
            <w:tcMar>
              <w:top w:w="110" w:type="dxa"/>
              <w:left w:w="130" w:type="dxa"/>
              <w:bottom w:w="110" w:type="dxa"/>
              <w:right w:w="130" w:type="dxa"/>
            </w:tcMar>
            <w:vAlign w:val="center"/>
          </w:tcPr>
          <w:p w14:paraId="7978FBD3" w14:textId="77777777" w:rsidR="002350F4" w:rsidRDefault="00000000">
            <w:pPr>
              <w:spacing w:after="40" w:line="240" w:lineRule="auto"/>
            </w:pPr>
            <w:r>
              <w:t>Chief Executive Officer</w:t>
            </w:r>
          </w:p>
        </w:tc>
      </w:tr>
    </w:tbl>
    <w:p w14:paraId="0C7166EF" w14:textId="77777777" w:rsidR="002350F4" w:rsidRDefault="002350F4">
      <w:pPr>
        <w:spacing w:after="0"/>
      </w:pPr>
    </w:p>
    <w:p w14:paraId="75868689" w14:textId="77777777" w:rsidR="002350F4" w:rsidRDefault="00000000">
      <w:pPr>
        <w:pStyle w:val="Heading1"/>
      </w:pPr>
      <w:r>
        <w:t>Purpose of the role</w:t>
      </w:r>
    </w:p>
    <w:p w14:paraId="44E419F3" w14:textId="77777777" w:rsidR="002350F4" w:rsidRDefault="00000000">
      <w:r>
        <w:t>This role leads Baby Godiva's contact with families and referring professionals and helps develop the service for the future. You will assess requests with empathy and professional curiosity, make fair and well-informed decisions, coordinate collections and deliveries, maintain accurate records and strengthen relationships across Coventry. You will also use service information and frontline insight to identify gaps, improve practice and contribute to Baby Godiva's strategic development.</w:t>
      </w:r>
    </w:p>
    <w:p w14:paraId="7DC45391" w14:textId="77777777" w:rsidR="002350F4" w:rsidRDefault="00000000">
      <w:pPr>
        <w:pStyle w:val="Heading1"/>
      </w:pPr>
      <w:r>
        <w:t>Key responsibilities</w:t>
      </w:r>
    </w:p>
    <w:p w14:paraId="6FC6EF23" w14:textId="77777777" w:rsidR="002350F4" w:rsidRDefault="00000000">
      <w:pPr>
        <w:pStyle w:val="Heading2"/>
      </w:pPr>
      <w:r>
        <w:t>Family assessments and safeguarding</w:t>
      </w:r>
    </w:p>
    <w:p w14:paraId="3DD10F85" w14:textId="77777777" w:rsidR="002350F4" w:rsidRDefault="00000000">
      <w:pPr>
        <w:pStyle w:val="ListBullet"/>
        <w:keepLines/>
        <w:spacing w:after="60"/>
      </w:pPr>
      <w:r>
        <w:t>Contact families who request support and complete sensitive telephone assessments with empathy, professional curiosity and clear boundaries.</w:t>
      </w:r>
    </w:p>
    <w:p w14:paraId="184D3A42" w14:textId="77777777" w:rsidR="002350F4" w:rsidRDefault="00000000">
      <w:pPr>
        <w:pStyle w:val="ListBullet"/>
        <w:keepLines/>
        <w:spacing w:after="60"/>
      </w:pPr>
      <w:r>
        <w:t>Make fair, consistent and well-informed decisions about support, based on need, context, Baby Godiva's criteria and any safeguarding concerns.</w:t>
      </w:r>
    </w:p>
    <w:p w14:paraId="65C0C0C1" w14:textId="77777777" w:rsidR="002350F4" w:rsidRDefault="00000000">
      <w:pPr>
        <w:pStyle w:val="ListBullet"/>
        <w:keepLines/>
        <w:spacing w:after="60"/>
      </w:pPr>
      <w:r>
        <w:t>Recognise potential safeguarding concerns, record them accurately and follow Baby Godiva's safeguarding procedures.</w:t>
      </w:r>
    </w:p>
    <w:p w14:paraId="2EAF9098" w14:textId="77777777" w:rsidR="002350F4" w:rsidRDefault="00000000">
      <w:pPr>
        <w:pStyle w:val="ListBullet"/>
        <w:keepLines/>
        <w:spacing w:after="60"/>
      </w:pPr>
      <w:r>
        <w:t>Communicate decisions clearly and respectfully, including when Baby Godiva cannot meet a request or needs further information.</w:t>
      </w:r>
    </w:p>
    <w:p w14:paraId="204AE0F3" w14:textId="77777777" w:rsidR="002350F4" w:rsidRDefault="00000000">
      <w:pPr>
        <w:pStyle w:val="ListBullet"/>
        <w:keepLines/>
        <w:spacing w:after="60"/>
      </w:pPr>
      <w:r>
        <w:t>Support families who may be distressed, have limited English or be experiencing complex circumstances without moving beyond the boundaries of the role.</w:t>
      </w:r>
    </w:p>
    <w:p w14:paraId="73A499EC" w14:textId="77777777" w:rsidR="002350F4" w:rsidRDefault="00000000">
      <w:pPr>
        <w:pStyle w:val="Heading2"/>
      </w:pPr>
      <w:r>
        <w:t>Professional relationships and coordinated support</w:t>
      </w:r>
    </w:p>
    <w:p w14:paraId="0CB1F629" w14:textId="77777777" w:rsidR="002350F4" w:rsidRDefault="00000000">
      <w:pPr>
        <w:pStyle w:val="ListBullet"/>
        <w:keepLines/>
        <w:spacing w:after="60"/>
      </w:pPr>
      <w:r>
        <w:t>Work closely with health visitors, midwives, social workers, family support workers and other professionals to gather relevant information and provide joined-up support.</w:t>
      </w:r>
    </w:p>
    <w:p w14:paraId="223D4D73" w14:textId="77777777" w:rsidR="002350F4" w:rsidRDefault="00000000">
      <w:pPr>
        <w:pStyle w:val="ListBullet"/>
        <w:keepLines/>
        <w:spacing w:after="60"/>
      </w:pPr>
      <w:r>
        <w:t>Build trusted relationships with statutory and voluntary-sector partners across Coventry.</w:t>
      </w:r>
    </w:p>
    <w:p w14:paraId="24D1045A" w14:textId="77777777" w:rsidR="002350F4" w:rsidRDefault="00000000">
      <w:pPr>
        <w:pStyle w:val="ListBullet"/>
        <w:keepLines/>
        <w:spacing w:after="60"/>
      </w:pPr>
      <w:r>
        <w:t>Coordinate collections and deliveries so that agreed support reaches families safely and promptly.</w:t>
      </w:r>
    </w:p>
    <w:p w14:paraId="01A0C6CB" w14:textId="77777777" w:rsidR="002350F4" w:rsidRDefault="00000000">
      <w:pPr>
        <w:pStyle w:val="ListBullet"/>
        <w:keepLines/>
        <w:spacing w:after="60"/>
      </w:pPr>
      <w:r>
        <w:t>Represent Baby Godiva at meetings, community groups and partnership events when required.</w:t>
      </w:r>
    </w:p>
    <w:p w14:paraId="0FF701E9" w14:textId="77777777" w:rsidR="002350F4" w:rsidRDefault="00000000">
      <w:pPr>
        <w:pStyle w:val="Heading2"/>
      </w:pPr>
      <w:r>
        <w:t>Service development and community engagement</w:t>
      </w:r>
    </w:p>
    <w:p w14:paraId="121108E9" w14:textId="77777777" w:rsidR="002350F4" w:rsidRDefault="00000000">
      <w:pPr>
        <w:pStyle w:val="ListBullet"/>
        <w:keepLines/>
        <w:spacing w:after="60"/>
      </w:pPr>
      <w:r>
        <w:t>Use referral patterns, service data and feedback to identify unmet needs, stock pressures and opportunities to improve the service.</w:t>
      </w:r>
    </w:p>
    <w:p w14:paraId="328F99A4" w14:textId="77777777" w:rsidR="002350F4" w:rsidRDefault="00000000">
      <w:pPr>
        <w:pStyle w:val="ListBullet"/>
        <w:keepLines/>
        <w:spacing w:after="60"/>
      </w:pPr>
      <w:r>
        <w:lastRenderedPageBreak/>
        <w:t>Contribute to service planning, the review of referral criteria and the development of consistent procedures.</w:t>
      </w:r>
    </w:p>
    <w:p w14:paraId="4A05F33E" w14:textId="77777777" w:rsidR="002350F4" w:rsidRDefault="00000000">
      <w:pPr>
        <w:pStyle w:val="ListBullet"/>
        <w:keepLines/>
        <w:spacing w:after="60"/>
      </w:pPr>
      <w:r>
        <w:t>Develop relationships with local businesses, schools, funders and community organisations to generate practical and financial support.</w:t>
      </w:r>
    </w:p>
    <w:p w14:paraId="61517EBB" w14:textId="77777777" w:rsidR="002350F4" w:rsidRDefault="00000000">
      <w:pPr>
        <w:pStyle w:val="ListBullet"/>
        <w:keepLines/>
        <w:spacing w:after="60"/>
      </w:pPr>
      <w:r>
        <w:t>Plan or support donation appeals, community campaigns and seasonal activities with the wider team.</w:t>
      </w:r>
    </w:p>
    <w:p w14:paraId="0E77AEFE" w14:textId="77777777" w:rsidR="002350F4" w:rsidRDefault="00000000">
      <w:pPr>
        <w:pStyle w:val="ListBullet"/>
        <w:keepLines/>
        <w:spacing w:after="60"/>
      </w:pPr>
      <w:r>
        <w:t>Contribute evidence, case studies and service information for reports, funding applications and organisational planning.</w:t>
      </w:r>
    </w:p>
    <w:p w14:paraId="2080FEB2" w14:textId="77777777" w:rsidR="002350F4" w:rsidRDefault="00000000">
      <w:pPr>
        <w:pStyle w:val="Heading2"/>
      </w:pPr>
      <w:r>
        <w:t>Administration volunteers and team duties</w:t>
      </w:r>
    </w:p>
    <w:p w14:paraId="0FB7C3E4" w14:textId="77777777" w:rsidR="002350F4" w:rsidRDefault="00000000">
      <w:pPr>
        <w:pStyle w:val="ListBullet"/>
        <w:keepLines/>
        <w:spacing w:after="60"/>
      </w:pPr>
      <w:r>
        <w:t>Maintain accurate and confidential records of referrals, assessments, decisions, collections and deliveries.</w:t>
      </w:r>
    </w:p>
    <w:p w14:paraId="17E2B169" w14:textId="77777777" w:rsidR="002350F4" w:rsidRDefault="00000000">
      <w:pPr>
        <w:pStyle w:val="ListBullet"/>
        <w:keepLines/>
        <w:spacing w:after="60"/>
      </w:pPr>
      <w:r>
        <w:t>Input and review information on Baby Godiva's CRM and other agreed systems.</w:t>
      </w:r>
    </w:p>
    <w:p w14:paraId="6EBCC9BB" w14:textId="77777777" w:rsidR="002350F4" w:rsidRDefault="00000000">
      <w:pPr>
        <w:pStyle w:val="ListBullet"/>
        <w:keepLines/>
        <w:spacing w:after="60"/>
      </w:pPr>
      <w:r>
        <w:t>Work with volunteers who support referral administration, packing, collections or deliveries, providing clear instructions and appropriate oversight.</w:t>
      </w:r>
    </w:p>
    <w:p w14:paraId="5B93FACD" w14:textId="77777777" w:rsidR="002350F4" w:rsidRDefault="00000000">
      <w:pPr>
        <w:pStyle w:val="ListBullet"/>
        <w:keepLines/>
        <w:spacing w:after="60"/>
      </w:pPr>
      <w:r>
        <w:t>Work closely with the Warehouse and Volunteer Coordinator to match assessed needs with available stock and realistic timescales.</w:t>
      </w:r>
    </w:p>
    <w:p w14:paraId="57096BA7" w14:textId="77777777" w:rsidR="002350F4" w:rsidRDefault="00000000">
      <w:pPr>
        <w:pStyle w:val="ListBullet"/>
        <w:keepLines/>
        <w:spacing w:after="60"/>
      </w:pPr>
      <w:r>
        <w:t>Contribute to the safe and smooth day-to-day running of Baby Godiva and provide reasonable operational cover when needed.</w:t>
      </w:r>
    </w:p>
    <w:p w14:paraId="1F73D610" w14:textId="77777777" w:rsidR="002350F4" w:rsidRDefault="00000000">
      <w:pPr>
        <w:pStyle w:val="Heading1"/>
      </w:pPr>
      <w:r>
        <w:t>About you</w:t>
      </w:r>
    </w:p>
    <w:p w14:paraId="39E7E8F9" w14:textId="77777777" w:rsidR="002350F4" w:rsidRDefault="00000000">
      <w:pPr>
        <w:pStyle w:val="Heading2"/>
      </w:pPr>
      <w:r>
        <w:t>Essential</w:t>
      </w:r>
    </w:p>
    <w:p w14:paraId="10E16509" w14:textId="77777777" w:rsidR="002350F4" w:rsidRDefault="00000000">
      <w:pPr>
        <w:pStyle w:val="ListBullet"/>
        <w:keepLines/>
        <w:spacing w:after="60"/>
      </w:pPr>
      <w:r>
        <w:t>Experience in a frontline role supporting people experiencing poverty, hardship, crisis or complex need, such as social care, housing, health, family support or the voluntary sector.</w:t>
      </w:r>
    </w:p>
    <w:p w14:paraId="31EDD62C" w14:textId="77777777" w:rsidR="002350F4" w:rsidRDefault="00000000">
      <w:pPr>
        <w:pStyle w:val="ListBullet"/>
        <w:keepLines/>
        <w:spacing w:after="60"/>
      </w:pPr>
      <w:r>
        <w:t>Confidence making judgement-based decisions while remaining fair, respectful and professionally accountable.</w:t>
      </w:r>
    </w:p>
    <w:p w14:paraId="0C3E2FE7" w14:textId="77777777" w:rsidR="002350F4" w:rsidRDefault="00000000">
      <w:pPr>
        <w:pStyle w:val="ListBullet"/>
        <w:keepLines/>
        <w:spacing w:after="60"/>
      </w:pPr>
      <w:r>
        <w:t>A strong understanding of the challenges facing vulnerable families and the impact of poverty, trauma and inequality.</w:t>
      </w:r>
    </w:p>
    <w:p w14:paraId="48C06332" w14:textId="77777777" w:rsidR="002350F4" w:rsidRDefault="00000000">
      <w:pPr>
        <w:pStyle w:val="ListBullet"/>
        <w:keepLines/>
        <w:spacing w:after="60"/>
      </w:pPr>
      <w:r>
        <w:t>Experience speaking with people in distress and adapting communication for different needs, including limited English.</w:t>
      </w:r>
    </w:p>
    <w:p w14:paraId="17AA4A6F" w14:textId="77777777" w:rsidR="002350F4" w:rsidRDefault="00000000">
      <w:pPr>
        <w:pStyle w:val="ListBullet"/>
        <w:keepLines/>
        <w:spacing w:after="60"/>
      </w:pPr>
      <w:r>
        <w:t>Knowledge of safeguarding principles and confidence recognising and escalating concerns.</w:t>
      </w:r>
    </w:p>
    <w:p w14:paraId="7AF652EC" w14:textId="77777777" w:rsidR="002350F4" w:rsidRDefault="00000000">
      <w:pPr>
        <w:pStyle w:val="ListBullet"/>
        <w:keepLines/>
        <w:spacing w:after="60"/>
      </w:pPr>
      <w:r>
        <w:t>Strong written, verbal and interpersonal communication skills.</w:t>
      </w:r>
    </w:p>
    <w:p w14:paraId="56D81654" w14:textId="77777777" w:rsidR="002350F4" w:rsidRDefault="00000000">
      <w:pPr>
        <w:pStyle w:val="ListBullet"/>
        <w:keepLines/>
        <w:spacing w:after="60"/>
      </w:pPr>
      <w:r>
        <w:t>Excellent organisation and time management skills, including managing competing priorities and urgent requests.</w:t>
      </w:r>
    </w:p>
    <w:p w14:paraId="3ADD7240" w14:textId="77777777" w:rsidR="002350F4" w:rsidRDefault="00000000">
      <w:pPr>
        <w:pStyle w:val="ListBullet"/>
        <w:keepLines/>
        <w:spacing w:after="60"/>
      </w:pPr>
      <w:r>
        <w:t>Emotional resilience and the ability to maintain clear professional boundaries.</w:t>
      </w:r>
    </w:p>
    <w:p w14:paraId="5C74E401" w14:textId="77777777" w:rsidR="002350F4" w:rsidRDefault="00000000">
      <w:pPr>
        <w:pStyle w:val="ListBullet"/>
        <w:keepLines/>
        <w:spacing w:after="60"/>
      </w:pPr>
      <w:r>
        <w:t>Confidence using databases, CRM systems and routine office software.</w:t>
      </w:r>
    </w:p>
    <w:p w14:paraId="0B5BE3A4" w14:textId="77777777" w:rsidR="002350F4" w:rsidRDefault="00000000">
      <w:pPr>
        <w:pStyle w:val="ListBullet"/>
        <w:keepLines/>
        <w:spacing w:after="60"/>
      </w:pPr>
      <w:r>
        <w:t>A full, clean driving licence and willingness to support collections and deliveries when required.</w:t>
      </w:r>
    </w:p>
    <w:p w14:paraId="5F38C5EB" w14:textId="77777777" w:rsidR="002350F4" w:rsidRDefault="00000000">
      <w:pPr>
        <w:pStyle w:val="Heading2"/>
      </w:pPr>
      <w:r>
        <w:t>Desirable</w:t>
      </w:r>
    </w:p>
    <w:p w14:paraId="200DC32E" w14:textId="77777777" w:rsidR="002350F4" w:rsidRDefault="00000000">
      <w:pPr>
        <w:pStyle w:val="ListBullet"/>
        <w:keepLines/>
        <w:spacing w:after="60"/>
      </w:pPr>
      <w:r>
        <w:t>Experience working with or alongside midwives, health visitors, social workers or similar professionals.</w:t>
      </w:r>
    </w:p>
    <w:p w14:paraId="4B058A63" w14:textId="77777777" w:rsidR="002350F4" w:rsidRDefault="00000000">
      <w:pPr>
        <w:pStyle w:val="ListBullet"/>
        <w:keepLines/>
        <w:spacing w:after="60"/>
      </w:pPr>
      <w:r>
        <w:t>Experience developing services, procedures or referral pathways.</w:t>
      </w:r>
    </w:p>
    <w:p w14:paraId="2E9AC72A" w14:textId="77777777" w:rsidR="002350F4" w:rsidRDefault="00000000">
      <w:pPr>
        <w:pStyle w:val="ListBullet"/>
        <w:keepLines/>
        <w:spacing w:after="60"/>
      </w:pPr>
      <w:r>
        <w:t>Experience using data and feedback to inform planning, evaluation or reporting.</w:t>
      </w:r>
    </w:p>
    <w:p w14:paraId="02D76FE0" w14:textId="77777777" w:rsidR="002350F4" w:rsidRDefault="00000000">
      <w:pPr>
        <w:pStyle w:val="ListBullet"/>
        <w:keepLines/>
        <w:spacing w:after="60"/>
      </w:pPr>
      <w:r>
        <w:t>Experience of partnership building, community engagement, fundraising or public speaking.</w:t>
      </w:r>
    </w:p>
    <w:p w14:paraId="1DEBA125" w14:textId="77777777" w:rsidR="002350F4" w:rsidRDefault="00000000">
      <w:pPr>
        <w:pStyle w:val="ListBullet"/>
        <w:keepLines/>
        <w:spacing w:after="60"/>
      </w:pPr>
      <w:r>
        <w:t>Experience in a baby bank, family charity or other donation-based service.</w:t>
      </w:r>
    </w:p>
    <w:p w14:paraId="7391C7D5" w14:textId="77777777" w:rsidR="002350F4" w:rsidRDefault="00000000">
      <w:pPr>
        <w:pStyle w:val="Heading1"/>
      </w:pPr>
      <w:r>
        <w:lastRenderedPageBreak/>
        <w:t>Working across Baby Godiva and Clothing Coventry</w:t>
      </w:r>
    </w:p>
    <w:p w14:paraId="3AAC1A7C" w14:textId="77777777" w:rsidR="002350F4" w:rsidRDefault="00000000">
      <w:r>
        <w:t>Baby Godiva works closely with its sister charity, Clothing Coventry. You may occasionally be asked to help with appropriate tasks at Clothing Coventry or provide cover across the two organisations. In return, the Clothing Coventry team can support essential cover during annual leave and other planned time away.</w:t>
      </w:r>
    </w:p>
    <w:p w14:paraId="7780D44B" w14:textId="77777777" w:rsidR="002350F4" w:rsidRDefault="00000000">
      <w:pPr>
        <w:pStyle w:val="Heading1"/>
      </w:pPr>
      <w:r>
        <w:t>What we offer</w:t>
      </w:r>
    </w:p>
    <w:p w14:paraId="245D4BDE" w14:textId="77777777" w:rsidR="002350F4" w:rsidRDefault="00000000">
      <w:pPr>
        <w:pStyle w:val="ListBullet"/>
        <w:keepLines/>
        <w:spacing w:after="60"/>
      </w:pPr>
      <w:r>
        <w:t>Pay of £15 per hour.</w:t>
      </w:r>
    </w:p>
    <w:p w14:paraId="2A3438A0" w14:textId="77777777" w:rsidR="002350F4" w:rsidRDefault="00000000">
      <w:pPr>
        <w:pStyle w:val="ListBullet"/>
        <w:keepLines/>
        <w:spacing w:after="60"/>
      </w:pPr>
      <w:r>
        <w:t>A pension contribution of 3% where eligible.</w:t>
      </w:r>
    </w:p>
    <w:p w14:paraId="306D15B6" w14:textId="77777777" w:rsidR="002350F4" w:rsidRDefault="00000000">
      <w:pPr>
        <w:pStyle w:val="ListBullet"/>
        <w:keepLines/>
        <w:spacing w:after="60"/>
      </w:pPr>
      <w:r>
        <w:t>30 days of annual leave plus bank holidays, pro rata, usually including additional time off between Christmas and New Year.</w:t>
      </w:r>
    </w:p>
    <w:p w14:paraId="1AFE0E66" w14:textId="77777777" w:rsidR="007563BF" w:rsidRDefault="00000000" w:rsidP="007563BF">
      <w:pPr>
        <w:pStyle w:val="ListBullet"/>
        <w:keepLines/>
        <w:spacing w:after="60"/>
      </w:pPr>
      <w:r>
        <w:t>A flexible and family-friendly working environment.</w:t>
      </w:r>
    </w:p>
    <w:p w14:paraId="32378F18" w14:textId="1F7B0DCE" w:rsidR="007563BF" w:rsidRPr="007563BF" w:rsidRDefault="007563BF" w:rsidP="007563BF">
      <w:pPr>
        <w:pStyle w:val="ListBullet"/>
        <w:keepLines/>
        <w:spacing w:after="60"/>
      </w:pPr>
      <w:r>
        <w:t>T</w:t>
      </w:r>
      <w:r w:rsidR="00000000">
        <w:t>he opportunity to make a practical difference for babies and families across Coventry.</w:t>
      </w:r>
      <w:r>
        <w:br/>
      </w:r>
    </w:p>
    <w:p w14:paraId="1BBD89CC" w14:textId="0385771F" w:rsidR="007563BF" w:rsidRPr="007563BF" w:rsidRDefault="007563BF" w:rsidP="007563BF">
      <w:pPr>
        <w:pStyle w:val="ListBullet"/>
        <w:keepLines/>
        <w:numPr>
          <w:ilvl w:val="0"/>
          <w:numId w:val="0"/>
        </w:numPr>
        <w:spacing w:after="60"/>
        <w:rPr>
          <w:rFonts w:asciiTheme="majorHAnsi" w:eastAsiaTheme="majorEastAsia" w:hAnsiTheme="majorHAnsi" w:cstheme="majorBidi"/>
          <w:b/>
          <w:spacing w:val="5"/>
          <w:kern w:val="28"/>
          <w:sz w:val="48"/>
          <w:szCs w:val="52"/>
        </w:rPr>
      </w:pPr>
      <w:r w:rsidRPr="007563BF">
        <w:rPr>
          <w:rFonts w:asciiTheme="majorHAnsi" w:eastAsiaTheme="majorEastAsia" w:hAnsiTheme="majorHAnsi" w:cstheme="majorBidi"/>
          <w:b/>
          <w:spacing w:val="5"/>
          <w:kern w:val="28"/>
          <w:sz w:val="48"/>
          <w:szCs w:val="52"/>
        </w:rPr>
        <w:t>A</w:t>
      </w:r>
      <w:r w:rsidRPr="007563BF">
        <w:rPr>
          <w:rFonts w:asciiTheme="majorHAnsi" w:eastAsiaTheme="majorEastAsia" w:hAnsiTheme="majorHAnsi" w:cstheme="majorBidi"/>
          <w:b/>
          <w:spacing w:val="5"/>
          <w:kern w:val="28"/>
          <w:sz w:val="48"/>
          <w:szCs w:val="52"/>
        </w:rPr>
        <w:t>pplication process</w:t>
      </w:r>
    </w:p>
    <w:p w14:paraId="515C2196" w14:textId="77777777" w:rsidR="007563BF" w:rsidRDefault="007563BF" w:rsidP="007563BF">
      <w:r>
        <w:t xml:space="preserve">Please see application form below. </w:t>
      </w:r>
    </w:p>
    <w:p w14:paraId="4355E6CF" w14:textId="4ECD4940" w:rsidR="007563BF" w:rsidRDefault="007563BF">
      <w:pPr>
        <w:spacing w:after="200" w:line="276" w:lineRule="auto"/>
      </w:pPr>
      <w:r>
        <w:br w:type="page"/>
      </w:r>
    </w:p>
    <w:p w14:paraId="3480014B" w14:textId="77777777" w:rsidR="007563BF" w:rsidRDefault="007563BF">
      <w:pPr>
        <w:spacing w:after="200" w:line="276" w:lineRule="auto"/>
      </w:pPr>
    </w:p>
    <w:p w14:paraId="51846FBC" w14:textId="77777777" w:rsidR="007563BF" w:rsidRDefault="007563BF" w:rsidP="007563BF">
      <w:pPr>
        <w:pStyle w:val="Title"/>
      </w:pPr>
      <w:r>
        <w:t>Baby Godiva Application Form</w:t>
      </w:r>
    </w:p>
    <w:p w14:paraId="60BF65A6" w14:textId="77777777" w:rsidR="007563BF" w:rsidRDefault="007563BF" w:rsidP="007563BF">
      <w:r>
        <w:t>Thank you for your interest in working with Baby Godiva. Please complete every section of this form. We use the information provided here to shortlist consistently against the requirements of the role; a CV is not required.</w:t>
      </w:r>
    </w:p>
    <w:p w14:paraId="29AB6FCA" w14:textId="77777777" w:rsidR="007563BF" w:rsidRDefault="007563BF" w:rsidP="007563BF">
      <w:r>
        <w:t>Please return your completed form to katie@babygodiva.org by 28</w:t>
      </w:r>
      <w:r w:rsidRPr="00B17073">
        <w:rPr>
          <w:vertAlign w:val="superscript"/>
        </w:rPr>
        <w:t>th</w:t>
      </w:r>
      <w:r>
        <w:t xml:space="preserve"> September. Interviews are hoped to be Early October.</w:t>
      </w:r>
    </w:p>
    <w:p w14:paraId="30EC7419" w14:textId="77777777" w:rsidR="007563BF" w:rsidRDefault="007563BF" w:rsidP="007563BF">
      <w:pPr>
        <w:pStyle w:val="Heading1"/>
      </w:pPr>
      <w:r>
        <w:t>Role applied for</w:t>
      </w:r>
    </w:p>
    <w:p w14:paraId="7A2EA324" w14:textId="77777777" w:rsidR="007563BF" w:rsidRDefault="007563BF" w:rsidP="007563BF">
      <w:pPr>
        <w:spacing w:after="160"/>
      </w:pPr>
      <w:r>
        <w:t>You may apply for one or both roles. Please tick all that apply.</w:t>
      </w:r>
    </w:p>
    <w:p w14:paraId="6A35A7E4" w14:textId="77777777" w:rsidR="007563BF" w:rsidRDefault="007563BF" w:rsidP="007563BF">
      <w:r>
        <w:t xml:space="preserve">☐ Warehouse and Volunteer </w:t>
      </w:r>
      <w:proofErr w:type="gramStart"/>
      <w:r>
        <w:t>Coordinator  £</w:t>
      </w:r>
      <w:proofErr w:type="gramEnd"/>
      <w:r>
        <w:t xml:space="preserve">14 per hour     ☐ Family Support and Development </w:t>
      </w:r>
      <w:proofErr w:type="gramStart"/>
      <w:r>
        <w:t>Coordinator  £</w:t>
      </w:r>
      <w:proofErr w:type="gramEnd"/>
      <w:r>
        <w:t>15 per hour</w:t>
      </w:r>
    </w:p>
    <w:p w14:paraId="2776D3EF" w14:textId="77777777" w:rsidR="007563BF" w:rsidRDefault="007563BF" w:rsidP="007563BF">
      <w:pPr>
        <w:pStyle w:val="Heading1"/>
      </w:pPr>
      <w:r>
        <w:t>Applicant details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96"/>
        <w:gridCol w:w="6408"/>
      </w:tblGrid>
      <w:tr w:rsidR="007563BF" w14:paraId="5EF4E414" w14:textId="77777777" w:rsidTr="00C6672B">
        <w:trPr>
          <w:cantSplit/>
          <w:jc w:val="center"/>
        </w:trPr>
        <w:tc>
          <w:tcPr>
            <w:tcW w:w="3096" w:type="dxa"/>
            <w:shd w:val="clear" w:color="auto" w:fill="EAF3F2"/>
            <w:tcMar>
              <w:top w:w="110" w:type="dxa"/>
              <w:left w:w="130" w:type="dxa"/>
              <w:bottom w:w="110" w:type="dxa"/>
              <w:right w:w="130" w:type="dxa"/>
            </w:tcMar>
            <w:vAlign w:val="center"/>
          </w:tcPr>
          <w:p w14:paraId="14AD4634" w14:textId="77777777" w:rsidR="007563BF" w:rsidRDefault="007563BF" w:rsidP="00C6672B">
            <w:pPr>
              <w:spacing w:after="20" w:line="240" w:lineRule="auto"/>
            </w:pPr>
            <w:r>
              <w:rPr>
                <w:b/>
              </w:rPr>
              <w:t>Full name</w:t>
            </w:r>
          </w:p>
        </w:tc>
        <w:tc>
          <w:tcPr>
            <w:tcW w:w="6408" w:type="dxa"/>
            <w:tcMar>
              <w:top w:w="110" w:type="dxa"/>
              <w:left w:w="130" w:type="dxa"/>
              <w:bottom w:w="110" w:type="dxa"/>
              <w:right w:w="130" w:type="dxa"/>
            </w:tcMar>
            <w:vAlign w:val="center"/>
          </w:tcPr>
          <w:p w14:paraId="566AEC37" w14:textId="77777777" w:rsidR="007563BF" w:rsidRDefault="007563BF" w:rsidP="00C6672B">
            <w:pPr>
              <w:spacing w:after="20" w:line="240" w:lineRule="auto"/>
            </w:pPr>
          </w:p>
        </w:tc>
      </w:tr>
      <w:tr w:rsidR="007563BF" w14:paraId="30376ADA" w14:textId="77777777" w:rsidTr="00C6672B">
        <w:trPr>
          <w:cantSplit/>
          <w:jc w:val="center"/>
        </w:trPr>
        <w:tc>
          <w:tcPr>
            <w:tcW w:w="3096" w:type="dxa"/>
            <w:shd w:val="clear" w:color="auto" w:fill="EAF3F2"/>
            <w:tcMar>
              <w:top w:w="110" w:type="dxa"/>
              <w:left w:w="130" w:type="dxa"/>
              <w:bottom w:w="110" w:type="dxa"/>
              <w:right w:w="130" w:type="dxa"/>
            </w:tcMar>
            <w:vAlign w:val="center"/>
          </w:tcPr>
          <w:p w14:paraId="73DEB4E5" w14:textId="77777777" w:rsidR="007563BF" w:rsidRDefault="007563BF" w:rsidP="00C6672B">
            <w:pPr>
              <w:spacing w:after="20" w:line="240" w:lineRule="auto"/>
            </w:pPr>
            <w:r>
              <w:rPr>
                <w:b/>
              </w:rPr>
              <w:t>Preferred name</w:t>
            </w:r>
          </w:p>
        </w:tc>
        <w:tc>
          <w:tcPr>
            <w:tcW w:w="6408" w:type="dxa"/>
            <w:shd w:val="clear" w:color="auto" w:fill="F7FAFA"/>
            <w:tcMar>
              <w:top w:w="110" w:type="dxa"/>
              <w:left w:w="130" w:type="dxa"/>
              <w:bottom w:w="110" w:type="dxa"/>
              <w:right w:w="130" w:type="dxa"/>
            </w:tcMar>
            <w:vAlign w:val="center"/>
          </w:tcPr>
          <w:p w14:paraId="41CEA908" w14:textId="77777777" w:rsidR="007563BF" w:rsidRDefault="007563BF" w:rsidP="00C6672B">
            <w:pPr>
              <w:spacing w:after="20" w:line="240" w:lineRule="auto"/>
            </w:pPr>
          </w:p>
        </w:tc>
      </w:tr>
      <w:tr w:rsidR="007563BF" w14:paraId="1D1FD9AE" w14:textId="77777777" w:rsidTr="00C6672B">
        <w:trPr>
          <w:cantSplit/>
          <w:jc w:val="center"/>
        </w:trPr>
        <w:tc>
          <w:tcPr>
            <w:tcW w:w="3096" w:type="dxa"/>
            <w:shd w:val="clear" w:color="auto" w:fill="EAF3F2"/>
            <w:tcMar>
              <w:top w:w="110" w:type="dxa"/>
              <w:left w:w="130" w:type="dxa"/>
              <w:bottom w:w="110" w:type="dxa"/>
              <w:right w:w="130" w:type="dxa"/>
            </w:tcMar>
            <w:vAlign w:val="center"/>
          </w:tcPr>
          <w:p w14:paraId="590B09F5" w14:textId="77777777" w:rsidR="007563BF" w:rsidRDefault="007563BF" w:rsidP="00C6672B">
            <w:pPr>
              <w:spacing w:after="20" w:line="240" w:lineRule="auto"/>
            </w:pPr>
            <w:r>
              <w:rPr>
                <w:b/>
              </w:rPr>
              <w:t>Address</w:t>
            </w:r>
          </w:p>
        </w:tc>
        <w:tc>
          <w:tcPr>
            <w:tcW w:w="6408" w:type="dxa"/>
            <w:tcMar>
              <w:top w:w="110" w:type="dxa"/>
              <w:left w:w="130" w:type="dxa"/>
              <w:bottom w:w="110" w:type="dxa"/>
              <w:right w:w="130" w:type="dxa"/>
            </w:tcMar>
            <w:vAlign w:val="center"/>
          </w:tcPr>
          <w:p w14:paraId="1789D0E7" w14:textId="77777777" w:rsidR="007563BF" w:rsidRDefault="007563BF" w:rsidP="00C6672B">
            <w:pPr>
              <w:spacing w:after="20" w:line="240" w:lineRule="auto"/>
            </w:pPr>
          </w:p>
        </w:tc>
      </w:tr>
      <w:tr w:rsidR="007563BF" w14:paraId="7E6E45AF" w14:textId="77777777" w:rsidTr="00C6672B">
        <w:trPr>
          <w:cantSplit/>
          <w:jc w:val="center"/>
        </w:trPr>
        <w:tc>
          <w:tcPr>
            <w:tcW w:w="3096" w:type="dxa"/>
            <w:shd w:val="clear" w:color="auto" w:fill="EAF3F2"/>
            <w:tcMar>
              <w:top w:w="110" w:type="dxa"/>
              <w:left w:w="130" w:type="dxa"/>
              <w:bottom w:w="110" w:type="dxa"/>
              <w:right w:w="130" w:type="dxa"/>
            </w:tcMar>
            <w:vAlign w:val="center"/>
          </w:tcPr>
          <w:p w14:paraId="69EE9EAE" w14:textId="77777777" w:rsidR="007563BF" w:rsidRDefault="007563BF" w:rsidP="00C6672B">
            <w:pPr>
              <w:spacing w:after="20" w:line="240" w:lineRule="auto"/>
            </w:pPr>
            <w:r>
              <w:rPr>
                <w:b/>
              </w:rPr>
              <w:t>Postcode</w:t>
            </w:r>
          </w:p>
        </w:tc>
        <w:tc>
          <w:tcPr>
            <w:tcW w:w="6408" w:type="dxa"/>
            <w:shd w:val="clear" w:color="auto" w:fill="F7FAFA"/>
            <w:tcMar>
              <w:top w:w="110" w:type="dxa"/>
              <w:left w:w="130" w:type="dxa"/>
              <w:bottom w:w="110" w:type="dxa"/>
              <w:right w:w="130" w:type="dxa"/>
            </w:tcMar>
            <w:vAlign w:val="center"/>
          </w:tcPr>
          <w:p w14:paraId="024A7B71" w14:textId="77777777" w:rsidR="007563BF" w:rsidRDefault="007563BF" w:rsidP="00C6672B">
            <w:pPr>
              <w:spacing w:after="20" w:line="240" w:lineRule="auto"/>
            </w:pPr>
          </w:p>
        </w:tc>
      </w:tr>
      <w:tr w:rsidR="007563BF" w14:paraId="7EA7235D" w14:textId="77777777" w:rsidTr="00C6672B">
        <w:trPr>
          <w:cantSplit/>
          <w:jc w:val="center"/>
        </w:trPr>
        <w:tc>
          <w:tcPr>
            <w:tcW w:w="3096" w:type="dxa"/>
            <w:shd w:val="clear" w:color="auto" w:fill="EAF3F2"/>
            <w:tcMar>
              <w:top w:w="110" w:type="dxa"/>
              <w:left w:w="130" w:type="dxa"/>
              <w:bottom w:w="110" w:type="dxa"/>
              <w:right w:w="130" w:type="dxa"/>
            </w:tcMar>
            <w:vAlign w:val="center"/>
          </w:tcPr>
          <w:p w14:paraId="67744E26" w14:textId="77777777" w:rsidR="007563BF" w:rsidRDefault="007563BF" w:rsidP="00C6672B">
            <w:pPr>
              <w:spacing w:after="20" w:line="240" w:lineRule="auto"/>
            </w:pPr>
            <w:r>
              <w:rPr>
                <w:b/>
              </w:rPr>
              <w:t>Telephone</w:t>
            </w:r>
          </w:p>
        </w:tc>
        <w:tc>
          <w:tcPr>
            <w:tcW w:w="6408" w:type="dxa"/>
            <w:tcMar>
              <w:top w:w="110" w:type="dxa"/>
              <w:left w:w="130" w:type="dxa"/>
              <w:bottom w:w="110" w:type="dxa"/>
              <w:right w:w="130" w:type="dxa"/>
            </w:tcMar>
            <w:vAlign w:val="center"/>
          </w:tcPr>
          <w:p w14:paraId="73E6F738" w14:textId="77777777" w:rsidR="007563BF" w:rsidRDefault="007563BF" w:rsidP="00C6672B">
            <w:pPr>
              <w:spacing w:after="20" w:line="240" w:lineRule="auto"/>
            </w:pPr>
          </w:p>
        </w:tc>
      </w:tr>
      <w:tr w:rsidR="007563BF" w14:paraId="753DE766" w14:textId="77777777" w:rsidTr="00C6672B">
        <w:trPr>
          <w:cantSplit/>
          <w:jc w:val="center"/>
        </w:trPr>
        <w:tc>
          <w:tcPr>
            <w:tcW w:w="3096" w:type="dxa"/>
            <w:shd w:val="clear" w:color="auto" w:fill="EAF3F2"/>
            <w:tcMar>
              <w:top w:w="110" w:type="dxa"/>
              <w:left w:w="130" w:type="dxa"/>
              <w:bottom w:w="110" w:type="dxa"/>
              <w:right w:w="130" w:type="dxa"/>
            </w:tcMar>
            <w:vAlign w:val="center"/>
          </w:tcPr>
          <w:p w14:paraId="6D04A915" w14:textId="77777777" w:rsidR="007563BF" w:rsidRDefault="007563BF" w:rsidP="00C6672B">
            <w:pPr>
              <w:spacing w:after="20" w:line="240" w:lineRule="auto"/>
            </w:pPr>
            <w:r>
              <w:rPr>
                <w:b/>
              </w:rPr>
              <w:t>Email</w:t>
            </w:r>
          </w:p>
        </w:tc>
        <w:tc>
          <w:tcPr>
            <w:tcW w:w="6408" w:type="dxa"/>
            <w:shd w:val="clear" w:color="auto" w:fill="F7FAFA"/>
            <w:tcMar>
              <w:top w:w="110" w:type="dxa"/>
              <w:left w:w="130" w:type="dxa"/>
              <w:bottom w:w="110" w:type="dxa"/>
              <w:right w:w="130" w:type="dxa"/>
            </w:tcMar>
            <w:vAlign w:val="center"/>
          </w:tcPr>
          <w:p w14:paraId="66D78609" w14:textId="77777777" w:rsidR="007563BF" w:rsidRDefault="007563BF" w:rsidP="00C6672B">
            <w:pPr>
              <w:spacing w:after="20" w:line="240" w:lineRule="auto"/>
            </w:pPr>
          </w:p>
        </w:tc>
      </w:tr>
    </w:tbl>
    <w:p w14:paraId="62E335FB" w14:textId="77777777" w:rsidR="007563BF" w:rsidRDefault="007563BF" w:rsidP="007563BF">
      <w:pPr>
        <w:spacing w:after="0"/>
      </w:pPr>
    </w:p>
    <w:p w14:paraId="419AB6D3" w14:textId="77777777" w:rsidR="007563BF" w:rsidRDefault="007563BF" w:rsidP="007563BF">
      <w:pPr>
        <w:pStyle w:val="Heading1"/>
      </w:pPr>
      <w:r>
        <w:t>Requirement checks</w:t>
      </w:r>
    </w:p>
    <w:p w14:paraId="676491EB" w14:textId="77777777" w:rsidR="007563BF" w:rsidRDefault="007563BF" w:rsidP="007563BF">
      <w:pPr>
        <w:spacing w:after="160"/>
      </w:pPr>
      <w:r>
        <w:t xml:space="preserve">Please answer these questions before completing the rest of the form. Only the Family Support and Development Coordinator has an essential need for a driving license </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912"/>
        <w:gridCol w:w="2592"/>
      </w:tblGrid>
      <w:tr w:rsidR="007563BF" w14:paraId="19617FB2" w14:textId="77777777" w:rsidTr="00C6672B">
        <w:trPr>
          <w:cantSplit/>
          <w:jc w:val="center"/>
        </w:trPr>
        <w:tc>
          <w:tcPr>
            <w:tcW w:w="6912" w:type="dxa"/>
            <w:shd w:val="clear" w:color="auto" w:fill="EAF3F2"/>
            <w:tcMar>
              <w:top w:w="110" w:type="dxa"/>
              <w:left w:w="130" w:type="dxa"/>
              <w:bottom w:w="110" w:type="dxa"/>
              <w:right w:w="130" w:type="dxa"/>
            </w:tcMar>
            <w:vAlign w:val="center"/>
          </w:tcPr>
          <w:p w14:paraId="183ED956" w14:textId="77777777" w:rsidR="007563BF" w:rsidRDefault="007563BF" w:rsidP="00C6672B">
            <w:pPr>
              <w:spacing w:after="20" w:line="240" w:lineRule="auto"/>
            </w:pPr>
            <w:r>
              <w:rPr>
                <w:b/>
              </w:rPr>
              <w:t xml:space="preserve">Do you </w:t>
            </w:r>
            <w:proofErr w:type="gramStart"/>
            <w:r>
              <w:rPr>
                <w:b/>
              </w:rPr>
              <w:t>hold</w:t>
            </w:r>
            <w:proofErr w:type="gramEnd"/>
            <w:r>
              <w:rPr>
                <w:b/>
              </w:rPr>
              <w:t xml:space="preserve"> a full UK driving </w:t>
            </w:r>
            <w:proofErr w:type="spellStart"/>
            <w:r>
              <w:rPr>
                <w:b/>
              </w:rPr>
              <w:t>licence</w:t>
            </w:r>
            <w:proofErr w:type="spellEnd"/>
            <w:r>
              <w:rPr>
                <w:b/>
              </w:rPr>
              <w:t>?</w:t>
            </w:r>
          </w:p>
        </w:tc>
        <w:tc>
          <w:tcPr>
            <w:tcW w:w="2592" w:type="dxa"/>
            <w:tcMar>
              <w:top w:w="110" w:type="dxa"/>
              <w:left w:w="130" w:type="dxa"/>
              <w:bottom w:w="110" w:type="dxa"/>
              <w:right w:w="130" w:type="dxa"/>
            </w:tcMar>
            <w:vAlign w:val="center"/>
          </w:tcPr>
          <w:p w14:paraId="3E248079" w14:textId="77777777" w:rsidR="007563BF" w:rsidRDefault="007563BF" w:rsidP="00C6672B">
            <w:pPr>
              <w:spacing w:after="20" w:line="240" w:lineRule="auto"/>
            </w:pPr>
            <w:r>
              <w:t>☐ Yes     ☐ No</w:t>
            </w:r>
          </w:p>
        </w:tc>
      </w:tr>
      <w:tr w:rsidR="007563BF" w14:paraId="42705121" w14:textId="77777777" w:rsidTr="00C6672B">
        <w:trPr>
          <w:cantSplit/>
          <w:jc w:val="center"/>
        </w:trPr>
        <w:tc>
          <w:tcPr>
            <w:tcW w:w="6912" w:type="dxa"/>
            <w:shd w:val="clear" w:color="auto" w:fill="EAF3F2"/>
            <w:tcMar>
              <w:top w:w="110" w:type="dxa"/>
              <w:left w:w="130" w:type="dxa"/>
              <w:bottom w:w="110" w:type="dxa"/>
              <w:right w:w="130" w:type="dxa"/>
            </w:tcMar>
            <w:vAlign w:val="center"/>
          </w:tcPr>
          <w:p w14:paraId="4C6C8C0E" w14:textId="77777777" w:rsidR="007563BF" w:rsidRDefault="007563BF" w:rsidP="00C6672B">
            <w:pPr>
              <w:spacing w:after="20" w:line="240" w:lineRule="auto"/>
            </w:pPr>
            <w:r>
              <w:rPr>
                <w:b/>
              </w:rPr>
              <w:t>Are you willing and able to drive our van as part of this role, including supporting collections or deliveries when required?</w:t>
            </w:r>
          </w:p>
        </w:tc>
        <w:tc>
          <w:tcPr>
            <w:tcW w:w="2592" w:type="dxa"/>
            <w:shd w:val="clear" w:color="auto" w:fill="F7FAFA"/>
            <w:tcMar>
              <w:top w:w="110" w:type="dxa"/>
              <w:left w:w="130" w:type="dxa"/>
              <w:bottom w:w="110" w:type="dxa"/>
              <w:right w:w="130" w:type="dxa"/>
            </w:tcMar>
            <w:vAlign w:val="center"/>
          </w:tcPr>
          <w:p w14:paraId="7B45DE5B" w14:textId="77777777" w:rsidR="007563BF" w:rsidRDefault="007563BF" w:rsidP="00C6672B">
            <w:pPr>
              <w:spacing w:after="20" w:line="240" w:lineRule="auto"/>
            </w:pPr>
            <w:r>
              <w:t>☐ Yes     ☐ No</w:t>
            </w:r>
          </w:p>
        </w:tc>
      </w:tr>
      <w:tr w:rsidR="007563BF" w14:paraId="3C20E733" w14:textId="77777777" w:rsidTr="00C6672B">
        <w:trPr>
          <w:cantSplit/>
          <w:jc w:val="center"/>
        </w:trPr>
        <w:tc>
          <w:tcPr>
            <w:tcW w:w="6912" w:type="dxa"/>
            <w:shd w:val="clear" w:color="auto" w:fill="EAF3F2"/>
            <w:tcMar>
              <w:top w:w="110" w:type="dxa"/>
              <w:left w:w="130" w:type="dxa"/>
              <w:bottom w:w="110" w:type="dxa"/>
              <w:right w:w="130" w:type="dxa"/>
            </w:tcMar>
            <w:vAlign w:val="center"/>
          </w:tcPr>
          <w:p w14:paraId="69E5336E" w14:textId="77777777" w:rsidR="007563BF" w:rsidRDefault="007563BF" w:rsidP="00C6672B">
            <w:pPr>
              <w:spacing w:after="20" w:line="240" w:lineRule="auto"/>
            </w:pPr>
            <w:r>
              <w:rPr>
                <w:b/>
              </w:rPr>
              <w:t>Do you have the right to work in the UK?</w:t>
            </w:r>
          </w:p>
        </w:tc>
        <w:tc>
          <w:tcPr>
            <w:tcW w:w="2592" w:type="dxa"/>
            <w:tcMar>
              <w:top w:w="110" w:type="dxa"/>
              <w:left w:w="130" w:type="dxa"/>
              <w:bottom w:w="110" w:type="dxa"/>
              <w:right w:w="130" w:type="dxa"/>
            </w:tcMar>
            <w:vAlign w:val="center"/>
          </w:tcPr>
          <w:p w14:paraId="18F2F800" w14:textId="77777777" w:rsidR="007563BF" w:rsidRDefault="007563BF" w:rsidP="00C6672B">
            <w:pPr>
              <w:spacing w:after="20" w:line="240" w:lineRule="auto"/>
            </w:pPr>
            <w:r>
              <w:t>☐ Yes     ☐ No</w:t>
            </w:r>
          </w:p>
        </w:tc>
      </w:tr>
      <w:tr w:rsidR="007563BF" w14:paraId="53A27001" w14:textId="77777777" w:rsidTr="00C6672B">
        <w:trPr>
          <w:cantSplit/>
          <w:jc w:val="center"/>
        </w:trPr>
        <w:tc>
          <w:tcPr>
            <w:tcW w:w="6912" w:type="dxa"/>
            <w:shd w:val="clear" w:color="auto" w:fill="EAF3F2"/>
            <w:tcMar>
              <w:top w:w="110" w:type="dxa"/>
              <w:left w:w="130" w:type="dxa"/>
              <w:bottom w:w="110" w:type="dxa"/>
              <w:right w:w="130" w:type="dxa"/>
            </w:tcMar>
            <w:vAlign w:val="center"/>
          </w:tcPr>
          <w:p w14:paraId="55526924" w14:textId="77777777" w:rsidR="007563BF" w:rsidRDefault="007563BF" w:rsidP="00C6672B">
            <w:pPr>
              <w:spacing w:after="20" w:line="240" w:lineRule="auto"/>
            </w:pPr>
            <w:r>
              <w:rPr>
                <w:b/>
              </w:rPr>
              <w:t>Are you willing to undertake a DBS check if the role requires one?</w:t>
            </w:r>
          </w:p>
        </w:tc>
        <w:tc>
          <w:tcPr>
            <w:tcW w:w="2592" w:type="dxa"/>
            <w:tcMar>
              <w:top w:w="110" w:type="dxa"/>
              <w:left w:w="130" w:type="dxa"/>
              <w:bottom w:w="110" w:type="dxa"/>
              <w:right w:w="130" w:type="dxa"/>
            </w:tcMar>
            <w:vAlign w:val="center"/>
          </w:tcPr>
          <w:p w14:paraId="55986D35" w14:textId="77777777" w:rsidR="007563BF" w:rsidRDefault="007563BF" w:rsidP="00C6672B">
            <w:pPr>
              <w:spacing w:after="20" w:line="240" w:lineRule="auto"/>
            </w:pPr>
            <w:r>
              <w:t>☐ Yes     ☐ No</w:t>
            </w:r>
          </w:p>
        </w:tc>
      </w:tr>
    </w:tbl>
    <w:p w14:paraId="19AFC9D5" w14:textId="77777777" w:rsidR="007563BF" w:rsidRDefault="007563BF" w:rsidP="007563BF">
      <w:pPr>
        <w:spacing w:after="0"/>
      </w:pPr>
    </w:p>
    <w:p w14:paraId="07DEA056" w14:textId="77777777" w:rsidR="007563BF" w:rsidRDefault="007563BF" w:rsidP="007563BF">
      <w:r>
        <w:rPr>
          <w:b/>
        </w:rPr>
        <w:t xml:space="preserve">Driving </w:t>
      </w:r>
      <w:proofErr w:type="spellStart"/>
      <w:r>
        <w:rPr>
          <w:b/>
        </w:rPr>
        <w:t>licence</w:t>
      </w:r>
      <w:proofErr w:type="spellEnd"/>
      <w:r>
        <w:rPr>
          <w:b/>
        </w:rPr>
        <w:t xml:space="preserve"> </w:t>
      </w:r>
      <w:proofErr w:type="gramStart"/>
      <w:r>
        <w:rPr>
          <w:b/>
        </w:rPr>
        <w:t>details</w:t>
      </w:r>
      <w:r>
        <w:t xml:space="preserve">  Please</w:t>
      </w:r>
      <w:proofErr w:type="gramEnd"/>
      <w:r>
        <w:t xml:space="preserve"> list any current endorsements, restrictions or relevant information: </w:t>
      </w:r>
    </w:p>
    <w:p w14:paraId="02B9C050" w14:textId="77777777" w:rsidR="007563BF" w:rsidRDefault="007563BF" w:rsidP="007563BF">
      <w:r>
        <w:t>________________________________________________________________________________</w:t>
      </w:r>
    </w:p>
    <w:p w14:paraId="2B1371F7" w14:textId="77777777" w:rsidR="007563BF" w:rsidRDefault="007563BF" w:rsidP="007563BF">
      <w:r>
        <w:t>________________________________________________________________________________</w:t>
      </w:r>
    </w:p>
    <w:p w14:paraId="2407CD5A" w14:textId="77777777" w:rsidR="007563BF" w:rsidRDefault="007563BF" w:rsidP="007563BF">
      <w:r>
        <w:rPr>
          <w:b/>
        </w:rPr>
        <w:lastRenderedPageBreak/>
        <w:t xml:space="preserve">Reasonable </w:t>
      </w:r>
      <w:proofErr w:type="gramStart"/>
      <w:r>
        <w:rPr>
          <w:b/>
        </w:rPr>
        <w:t>adjustments</w:t>
      </w:r>
      <w:r>
        <w:t xml:space="preserve">  Is</w:t>
      </w:r>
      <w:proofErr w:type="gramEnd"/>
      <w:r>
        <w:t xml:space="preserve"> there anything we should arrange to make the application or interview process accessible to you?</w:t>
      </w:r>
    </w:p>
    <w:p w14:paraId="5A5DBE26" w14:textId="77777777" w:rsidR="007563BF" w:rsidRDefault="007563BF" w:rsidP="007563BF">
      <w:r>
        <w:t>________________________________________________________________________________</w:t>
      </w:r>
    </w:p>
    <w:p w14:paraId="5954AA72" w14:textId="77777777" w:rsidR="007563BF" w:rsidRDefault="007563BF" w:rsidP="007563BF">
      <w:r>
        <w:t>________________________________________________________________________________</w:t>
      </w:r>
    </w:p>
    <w:p w14:paraId="201BADCF" w14:textId="77777777" w:rsidR="007563BF" w:rsidRDefault="007563BF" w:rsidP="007563BF">
      <w:pPr>
        <w:pStyle w:val="Heading1"/>
      </w:pPr>
      <w:r>
        <w:t>Employment and volunteering history</w:t>
      </w:r>
    </w:p>
    <w:p w14:paraId="60E7A23C" w14:textId="77777777" w:rsidR="007563BF" w:rsidRDefault="007563BF" w:rsidP="007563BF">
      <w:pPr>
        <w:spacing w:after="160"/>
      </w:pPr>
      <w:r>
        <w:t xml:space="preserve">Please begin with your current or most recent role. Include paid employment, volunteering and caring responsibilities that are relevant to your application. </w:t>
      </w:r>
      <w:proofErr w:type="gramStart"/>
      <w:r>
        <w:t>Continue on</w:t>
      </w:r>
      <w:proofErr w:type="gramEnd"/>
      <w:r>
        <w:t xml:space="preserve"> a separate sheet if needed.</w:t>
      </w:r>
    </w:p>
    <w:p w14:paraId="3147AEF1" w14:textId="77777777" w:rsidR="007563BF" w:rsidRDefault="007563BF" w:rsidP="007563BF">
      <w:pPr>
        <w:pStyle w:val="Heading2"/>
      </w:pPr>
      <w:r>
        <w:t>Role 1</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96"/>
        <w:gridCol w:w="6408"/>
      </w:tblGrid>
      <w:tr w:rsidR="007563BF" w14:paraId="65F8C47B" w14:textId="77777777" w:rsidTr="00C6672B">
        <w:trPr>
          <w:cantSplit/>
          <w:jc w:val="center"/>
        </w:trPr>
        <w:tc>
          <w:tcPr>
            <w:tcW w:w="3096" w:type="dxa"/>
            <w:shd w:val="clear" w:color="auto" w:fill="EAF3F2"/>
            <w:tcMar>
              <w:top w:w="110" w:type="dxa"/>
              <w:left w:w="130" w:type="dxa"/>
              <w:bottom w:w="110" w:type="dxa"/>
              <w:right w:w="130" w:type="dxa"/>
            </w:tcMar>
            <w:vAlign w:val="center"/>
          </w:tcPr>
          <w:p w14:paraId="260F108B" w14:textId="77777777" w:rsidR="007563BF" w:rsidRDefault="007563BF" w:rsidP="00C6672B">
            <w:pPr>
              <w:spacing w:after="20" w:line="240" w:lineRule="auto"/>
            </w:pPr>
            <w:proofErr w:type="spellStart"/>
            <w:r>
              <w:rPr>
                <w:b/>
              </w:rPr>
              <w:t>Organisation</w:t>
            </w:r>
            <w:proofErr w:type="spellEnd"/>
          </w:p>
        </w:tc>
        <w:tc>
          <w:tcPr>
            <w:tcW w:w="6408" w:type="dxa"/>
            <w:tcMar>
              <w:top w:w="110" w:type="dxa"/>
              <w:left w:w="130" w:type="dxa"/>
              <w:bottom w:w="110" w:type="dxa"/>
              <w:right w:w="130" w:type="dxa"/>
            </w:tcMar>
            <w:vAlign w:val="center"/>
          </w:tcPr>
          <w:p w14:paraId="2AFA78CB" w14:textId="77777777" w:rsidR="007563BF" w:rsidRDefault="007563BF" w:rsidP="00C6672B">
            <w:pPr>
              <w:spacing w:after="20" w:line="240" w:lineRule="auto"/>
            </w:pPr>
          </w:p>
        </w:tc>
      </w:tr>
      <w:tr w:rsidR="007563BF" w14:paraId="1AEBCB9B" w14:textId="77777777" w:rsidTr="00C6672B">
        <w:trPr>
          <w:cantSplit/>
          <w:jc w:val="center"/>
        </w:trPr>
        <w:tc>
          <w:tcPr>
            <w:tcW w:w="3096" w:type="dxa"/>
            <w:shd w:val="clear" w:color="auto" w:fill="EAF3F2"/>
            <w:tcMar>
              <w:top w:w="110" w:type="dxa"/>
              <w:left w:w="130" w:type="dxa"/>
              <w:bottom w:w="110" w:type="dxa"/>
              <w:right w:w="130" w:type="dxa"/>
            </w:tcMar>
            <w:vAlign w:val="center"/>
          </w:tcPr>
          <w:p w14:paraId="1396A07E" w14:textId="77777777" w:rsidR="007563BF" w:rsidRDefault="007563BF" w:rsidP="00C6672B">
            <w:pPr>
              <w:spacing w:after="20" w:line="240" w:lineRule="auto"/>
            </w:pPr>
            <w:r>
              <w:rPr>
                <w:b/>
              </w:rPr>
              <w:t>Job or volunteer title</w:t>
            </w:r>
          </w:p>
        </w:tc>
        <w:tc>
          <w:tcPr>
            <w:tcW w:w="6408" w:type="dxa"/>
            <w:shd w:val="clear" w:color="auto" w:fill="F7FAFA"/>
            <w:tcMar>
              <w:top w:w="110" w:type="dxa"/>
              <w:left w:w="130" w:type="dxa"/>
              <w:bottom w:w="110" w:type="dxa"/>
              <w:right w:w="130" w:type="dxa"/>
            </w:tcMar>
            <w:vAlign w:val="center"/>
          </w:tcPr>
          <w:p w14:paraId="1497B447" w14:textId="77777777" w:rsidR="007563BF" w:rsidRDefault="007563BF" w:rsidP="00C6672B">
            <w:pPr>
              <w:spacing w:after="20" w:line="240" w:lineRule="auto"/>
            </w:pPr>
          </w:p>
        </w:tc>
      </w:tr>
      <w:tr w:rsidR="007563BF" w14:paraId="6BF11826" w14:textId="77777777" w:rsidTr="00C6672B">
        <w:trPr>
          <w:cantSplit/>
          <w:jc w:val="center"/>
        </w:trPr>
        <w:tc>
          <w:tcPr>
            <w:tcW w:w="3096" w:type="dxa"/>
            <w:shd w:val="clear" w:color="auto" w:fill="EAF3F2"/>
            <w:tcMar>
              <w:top w:w="110" w:type="dxa"/>
              <w:left w:w="130" w:type="dxa"/>
              <w:bottom w:w="110" w:type="dxa"/>
              <w:right w:w="130" w:type="dxa"/>
            </w:tcMar>
            <w:vAlign w:val="center"/>
          </w:tcPr>
          <w:p w14:paraId="62EEBB8B" w14:textId="77777777" w:rsidR="007563BF" w:rsidRDefault="007563BF" w:rsidP="00C6672B">
            <w:pPr>
              <w:spacing w:after="20" w:line="240" w:lineRule="auto"/>
            </w:pPr>
            <w:r>
              <w:rPr>
                <w:b/>
              </w:rPr>
              <w:t>Dates</w:t>
            </w:r>
          </w:p>
        </w:tc>
        <w:tc>
          <w:tcPr>
            <w:tcW w:w="6408" w:type="dxa"/>
            <w:tcMar>
              <w:top w:w="110" w:type="dxa"/>
              <w:left w:w="130" w:type="dxa"/>
              <w:bottom w:w="110" w:type="dxa"/>
              <w:right w:w="130" w:type="dxa"/>
            </w:tcMar>
            <w:vAlign w:val="center"/>
          </w:tcPr>
          <w:p w14:paraId="7B9DB336" w14:textId="77777777" w:rsidR="007563BF" w:rsidRDefault="007563BF" w:rsidP="00C6672B">
            <w:pPr>
              <w:spacing w:after="20" w:line="240" w:lineRule="auto"/>
            </w:pPr>
            <w:r>
              <w:t>From:                         To:</w:t>
            </w:r>
          </w:p>
        </w:tc>
      </w:tr>
      <w:tr w:rsidR="007563BF" w14:paraId="4814B74F" w14:textId="77777777" w:rsidTr="00C6672B">
        <w:trPr>
          <w:cantSplit/>
          <w:jc w:val="center"/>
        </w:trPr>
        <w:tc>
          <w:tcPr>
            <w:tcW w:w="3096" w:type="dxa"/>
            <w:shd w:val="clear" w:color="auto" w:fill="EAF3F2"/>
            <w:tcMar>
              <w:top w:w="110" w:type="dxa"/>
              <w:left w:w="130" w:type="dxa"/>
              <w:bottom w:w="110" w:type="dxa"/>
              <w:right w:w="130" w:type="dxa"/>
            </w:tcMar>
            <w:vAlign w:val="center"/>
          </w:tcPr>
          <w:p w14:paraId="1B385BA0" w14:textId="77777777" w:rsidR="007563BF" w:rsidRDefault="007563BF" w:rsidP="00C6672B">
            <w:pPr>
              <w:spacing w:after="20" w:line="240" w:lineRule="auto"/>
            </w:pPr>
            <w:r>
              <w:rPr>
                <w:b/>
              </w:rPr>
              <w:t>Main responsibilities</w:t>
            </w:r>
          </w:p>
        </w:tc>
        <w:tc>
          <w:tcPr>
            <w:tcW w:w="6408" w:type="dxa"/>
            <w:shd w:val="clear" w:color="auto" w:fill="F7FAFA"/>
            <w:tcMar>
              <w:top w:w="110" w:type="dxa"/>
              <w:left w:w="130" w:type="dxa"/>
              <w:bottom w:w="110" w:type="dxa"/>
              <w:right w:w="130" w:type="dxa"/>
            </w:tcMar>
            <w:vAlign w:val="center"/>
          </w:tcPr>
          <w:p w14:paraId="5C1FB94D" w14:textId="77777777" w:rsidR="007563BF" w:rsidRDefault="007563BF" w:rsidP="00C6672B">
            <w:pPr>
              <w:spacing w:after="20" w:line="240" w:lineRule="auto"/>
            </w:pPr>
            <w:r>
              <w:br/>
            </w:r>
            <w:r>
              <w:br/>
            </w:r>
          </w:p>
        </w:tc>
      </w:tr>
      <w:tr w:rsidR="007563BF" w14:paraId="47BA3A30" w14:textId="77777777" w:rsidTr="00C6672B">
        <w:trPr>
          <w:cantSplit/>
          <w:jc w:val="center"/>
        </w:trPr>
        <w:tc>
          <w:tcPr>
            <w:tcW w:w="3096" w:type="dxa"/>
            <w:shd w:val="clear" w:color="auto" w:fill="EAF3F2"/>
            <w:tcMar>
              <w:top w:w="110" w:type="dxa"/>
              <w:left w:w="130" w:type="dxa"/>
              <w:bottom w:w="110" w:type="dxa"/>
              <w:right w:w="130" w:type="dxa"/>
            </w:tcMar>
            <w:vAlign w:val="center"/>
          </w:tcPr>
          <w:p w14:paraId="5DC92099" w14:textId="77777777" w:rsidR="007563BF" w:rsidRDefault="007563BF" w:rsidP="00C6672B">
            <w:pPr>
              <w:spacing w:after="20" w:line="240" w:lineRule="auto"/>
            </w:pPr>
            <w:r>
              <w:rPr>
                <w:b/>
              </w:rPr>
              <w:t>Reason for leaving</w:t>
            </w:r>
          </w:p>
        </w:tc>
        <w:tc>
          <w:tcPr>
            <w:tcW w:w="6408" w:type="dxa"/>
            <w:tcMar>
              <w:top w:w="110" w:type="dxa"/>
              <w:left w:w="130" w:type="dxa"/>
              <w:bottom w:w="110" w:type="dxa"/>
              <w:right w:w="130" w:type="dxa"/>
            </w:tcMar>
            <w:vAlign w:val="center"/>
          </w:tcPr>
          <w:p w14:paraId="07F471B1" w14:textId="77777777" w:rsidR="007563BF" w:rsidRDefault="007563BF" w:rsidP="00C6672B">
            <w:pPr>
              <w:spacing w:after="20" w:line="240" w:lineRule="auto"/>
            </w:pPr>
          </w:p>
        </w:tc>
      </w:tr>
    </w:tbl>
    <w:p w14:paraId="4E5727B1" w14:textId="77777777" w:rsidR="007563BF" w:rsidRDefault="007563BF" w:rsidP="007563BF">
      <w:pPr>
        <w:spacing w:after="0"/>
      </w:pPr>
    </w:p>
    <w:p w14:paraId="009A8C7E" w14:textId="77777777" w:rsidR="007563BF" w:rsidRDefault="007563BF" w:rsidP="007563BF">
      <w:pPr>
        <w:pStyle w:val="Heading2"/>
      </w:pPr>
      <w:r>
        <w:t>Role 2</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96"/>
        <w:gridCol w:w="6408"/>
      </w:tblGrid>
      <w:tr w:rsidR="007563BF" w14:paraId="2FEFC26B" w14:textId="77777777" w:rsidTr="00C6672B">
        <w:trPr>
          <w:cantSplit/>
          <w:jc w:val="center"/>
        </w:trPr>
        <w:tc>
          <w:tcPr>
            <w:tcW w:w="3096" w:type="dxa"/>
            <w:shd w:val="clear" w:color="auto" w:fill="EAF3F2"/>
            <w:tcMar>
              <w:top w:w="110" w:type="dxa"/>
              <w:left w:w="130" w:type="dxa"/>
              <w:bottom w:w="110" w:type="dxa"/>
              <w:right w:w="130" w:type="dxa"/>
            </w:tcMar>
            <w:vAlign w:val="center"/>
          </w:tcPr>
          <w:p w14:paraId="440C736C" w14:textId="77777777" w:rsidR="007563BF" w:rsidRDefault="007563BF" w:rsidP="00C6672B">
            <w:pPr>
              <w:spacing w:after="20" w:line="240" w:lineRule="auto"/>
            </w:pPr>
            <w:proofErr w:type="spellStart"/>
            <w:r>
              <w:rPr>
                <w:b/>
              </w:rPr>
              <w:t>Organisation</w:t>
            </w:r>
            <w:proofErr w:type="spellEnd"/>
          </w:p>
        </w:tc>
        <w:tc>
          <w:tcPr>
            <w:tcW w:w="6408" w:type="dxa"/>
            <w:tcMar>
              <w:top w:w="110" w:type="dxa"/>
              <w:left w:w="130" w:type="dxa"/>
              <w:bottom w:w="110" w:type="dxa"/>
              <w:right w:w="130" w:type="dxa"/>
            </w:tcMar>
            <w:vAlign w:val="center"/>
          </w:tcPr>
          <w:p w14:paraId="2CB4D22D" w14:textId="77777777" w:rsidR="007563BF" w:rsidRDefault="007563BF" w:rsidP="00C6672B">
            <w:pPr>
              <w:spacing w:after="20" w:line="240" w:lineRule="auto"/>
            </w:pPr>
          </w:p>
        </w:tc>
      </w:tr>
      <w:tr w:rsidR="007563BF" w14:paraId="65BD5090" w14:textId="77777777" w:rsidTr="00C6672B">
        <w:trPr>
          <w:cantSplit/>
          <w:jc w:val="center"/>
        </w:trPr>
        <w:tc>
          <w:tcPr>
            <w:tcW w:w="3096" w:type="dxa"/>
            <w:shd w:val="clear" w:color="auto" w:fill="EAF3F2"/>
            <w:tcMar>
              <w:top w:w="110" w:type="dxa"/>
              <w:left w:w="130" w:type="dxa"/>
              <w:bottom w:w="110" w:type="dxa"/>
              <w:right w:w="130" w:type="dxa"/>
            </w:tcMar>
            <w:vAlign w:val="center"/>
          </w:tcPr>
          <w:p w14:paraId="1C0253F2" w14:textId="77777777" w:rsidR="007563BF" w:rsidRDefault="007563BF" w:rsidP="00C6672B">
            <w:pPr>
              <w:spacing w:after="20" w:line="240" w:lineRule="auto"/>
            </w:pPr>
            <w:r>
              <w:rPr>
                <w:b/>
              </w:rPr>
              <w:t>Job or volunteer title</w:t>
            </w:r>
          </w:p>
        </w:tc>
        <w:tc>
          <w:tcPr>
            <w:tcW w:w="6408" w:type="dxa"/>
            <w:shd w:val="clear" w:color="auto" w:fill="F7FAFA"/>
            <w:tcMar>
              <w:top w:w="110" w:type="dxa"/>
              <w:left w:w="130" w:type="dxa"/>
              <w:bottom w:w="110" w:type="dxa"/>
              <w:right w:w="130" w:type="dxa"/>
            </w:tcMar>
            <w:vAlign w:val="center"/>
          </w:tcPr>
          <w:p w14:paraId="205B32EC" w14:textId="77777777" w:rsidR="007563BF" w:rsidRDefault="007563BF" w:rsidP="00C6672B">
            <w:pPr>
              <w:spacing w:after="20" w:line="240" w:lineRule="auto"/>
            </w:pPr>
          </w:p>
        </w:tc>
      </w:tr>
      <w:tr w:rsidR="007563BF" w14:paraId="2A98DD72" w14:textId="77777777" w:rsidTr="00C6672B">
        <w:trPr>
          <w:cantSplit/>
          <w:jc w:val="center"/>
        </w:trPr>
        <w:tc>
          <w:tcPr>
            <w:tcW w:w="3096" w:type="dxa"/>
            <w:shd w:val="clear" w:color="auto" w:fill="EAF3F2"/>
            <w:tcMar>
              <w:top w:w="110" w:type="dxa"/>
              <w:left w:w="130" w:type="dxa"/>
              <w:bottom w:w="110" w:type="dxa"/>
              <w:right w:w="130" w:type="dxa"/>
            </w:tcMar>
            <w:vAlign w:val="center"/>
          </w:tcPr>
          <w:p w14:paraId="2AC8936F" w14:textId="77777777" w:rsidR="007563BF" w:rsidRDefault="007563BF" w:rsidP="00C6672B">
            <w:pPr>
              <w:spacing w:after="20" w:line="240" w:lineRule="auto"/>
            </w:pPr>
            <w:r>
              <w:rPr>
                <w:b/>
              </w:rPr>
              <w:t>Dates</w:t>
            </w:r>
          </w:p>
        </w:tc>
        <w:tc>
          <w:tcPr>
            <w:tcW w:w="6408" w:type="dxa"/>
            <w:tcMar>
              <w:top w:w="110" w:type="dxa"/>
              <w:left w:w="130" w:type="dxa"/>
              <w:bottom w:w="110" w:type="dxa"/>
              <w:right w:w="130" w:type="dxa"/>
            </w:tcMar>
            <w:vAlign w:val="center"/>
          </w:tcPr>
          <w:p w14:paraId="6BCCCB1C" w14:textId="77777777" w:rsidR="007563BF" w:rsidRDefault="007563BF" w:rsidP="00C6672B">
            <w:pPr>
              <w:spacing w:after="20" w:line="240" w:lineRule="auto"/>
            </w:pPr>
            <w:r>
              <w:t>From:                         To:</w:t>
            </w:r>
          </w:p>
        </w:tc>
      </w:tr>
      <w:tr w:rsidR="007563BF" w14:paraId="1AD8066F" w14:textId="77777777" w:rsidTr="00C6672B">
        <w:trPr>
          <w:cantSplit/>
          <w:jc w:val="center"/>
        </w:trPr>
        <w:tc>
          <w:tcPr>
            <w:tcW w:w="3096" w:type="dxa"/>
            <w:shd w:val="clear" w:color="auto" w:fill="EAF3F2"/>
            <w:tcMar>
              <w:top w:w="110" w:type="dxa"/>
              <w:left w:w="130" w:type="dxa"/>
              <w:bottom w:w="110" w:type="dxa"/>
              <w:right w:w="130" w:type="dxa"/>
            </w:tcMar>
            <w:vAlign w:val="center"/>
          </w:tcPr>
          <w:p w14:paraId="45742406" w14:textId="77777777" w:rsidR="007563BF" w:rsidRDefault="007563BF" w:rsidP="00C6672B">
            <w:pPr>
              <w:spacing w:after="20" w:line="240" w:lineRule="auto"/>
            </w:pPr>
            <w:r>
              <w:rPr>
                <w:b/>
              </w:rPr>
              <w:t>Main responsibilities</w:t>
            </w:r>
          </w:p>
        </w:tc>
        <w:tc>
          <w:tcPr>
            <w:tcW w:w="6408" w:type="dxa"/>
            <w:shd w:val="clear" w:color="auto" w:fill="F7FAFA"/>
            <w:tcMar>
              <w:top w:w="110" w:type="dxa"/>
              <w:left w:w="130" w:type="dxa"/>
              <w:bottom w:w="110" w:type="dxa"/>
              <w:right w:w="130" w:type="dxa"/>
            </w:tcMar>
            <w:vAlign w:val="center"/>
          </w:tcPr>
          <w:p w14:paraId="1396CA35" w14:textId="77777777" w:rsidR="007563BF" w:rsidRDefault="007563BF" w:rsidP="00C6672B">
            <w:pPr>
              <w:spacing w:after="20" w:line="240" w:lineRule="auto"/>
            </w:pPr>
            <w:r>
              <w:br/>
            </w:r>
            <w:r>
              <w:br/>
            </w:r>
          </w:p>
        </w:tc>
      </w:tr>
      <w:tr w:rsidR="007563BF" w14:paraId="64973484" w14:textId="77777777" w:rsidTr="00C6672B">
        <w:trPr>
          <w:cantSplit/>
          <w:jc w:val="center"/>
        </w:trPr>
        <w:tc>
          <w:tcPr>
            <w:tcW w:w="3096" w:type="dxa"/>
            <w:shd w:val="clear" w:color="auto" w:fill="EAF3F2"/>
            <w:tcMar>
              <w:top w:w="110" w:type="dxa"/>
              <w:left w:w="130" w:type="dxa"/>
              <w:bottom w:w="110" w:type="dxa"/>
              <w:right w:w="130" w:type="dxa"/>
            </w:tcMar>
            <w:vAlign w:val="center"/>
          </w:tcPr>
          <w:p w14:paraId="6C7B861F" w14:textId="77777777" w:rsidR="007563BF" w:rsidRDefault="007563BF" w:rsidP="00C6672B">
            <w:pPr>
              <w:spacing w:after="20" w:line="240" w:lineRule="auto"/>
            </w:pPr>
            <w:r>
              <w:rPr>
                <w:b/>
              </w:rPr>
              <w:t>Reason for leaving</w:t>
            </w:r>
          </w:p>
        </w:tc>
        <w:tc>
          <w:tcPr>
            <w:tcW w:w="6408" w:type="dxa"/>
            <w:tcMar>
              <w:top w:w="110" w:type="dxa"/>
              <w:left w:w="130" w:type="dxa"/>
              <w:bottom w:w="110" w:type="dxa"/>
              <w:right w:w="130" w:type="dxa"/>
            </w:tcMar>
            <w:vAlign w:val="center"/>
          </w:tcPr>
          <w:p w14:paraId="59D53D22" w14:textId="77777777" w:rsidR="007563BF" w:rsidRDefault="007563BF" w:rsidP="00C6672B">
            <w:pPr>
              <w:spacing w:after="20" w:line="240" w:lineRule="auto"/>
            </w:pPr>
          </w:p>
        </w:tc>
      </w:tr>
    </w:tbl>
    <w:p w14:paraId="17C68CC3" w14:textId="77777777" w:rsidR="007563BF" w:rsidRDefault="007563BF" w:rsidP="007563BF">
      <w:pPr>
        <w:spacing w:after="0"/>
      </w:pPr>
    </w:p>
    <w:p w14:paraId="3712E264" w14:textId="77777777" w:rsidR="007563BF" w:rsidRDefault="007563BF" w:rsidP="007563BF">
      <w:r>
        <w:br w:type="page"/>
      </w:r>
    </w:p>
    <w:p w14:paraId="6A83F017" w14:textId="77777777" w:rsidR="007563BF" w:rsidRDefault="007563BF" w:rsidP="007563BF">
      <w:pPr>
        <w:pStyle w:val="Heading2"/>
      </w:pPr>
      <w:r>
        <w:lastRenderedPageBreak/>
        <w:t>Role 3</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96"/>
        <w:gridCol w:w="6408"/>
      </w:tblGrid>
      <w:tr w:rsidR="007563BF" w14:paraId="7287343C" w14:textId="77777777" w:rsidTr="00C6672B">
        <w:trPr>
          <w:cantSplit/>
          <w:jc w:val="center"/>
        </w:trPr>
        <w:tc>
          <w:tcPr>
            <w:tcW w:w="3096" w:type="dxa"/>
            <w:shd w:val="clear" w:color="auto" w:fill="EAF3F2"/>
            <w:tcMar>
              <w:top w:w="110" w:type="dxa"/>
              <w:left w:w="130" w:type="dxa"/>
              <w:bottom w:w="110" w:type="dxa"/>
              <w:right w:w="130" w:type="dxa"/>
            </w:tcMar>
            <w:vAlign w:val="center"/>
          </w:tcPr>
          <w:p w14:paraId="629E936C" w14:textId="77777777" w:rsidR="007563BF" w:rsidRDefault="007563BF" w:rsidP="00C6672B">
            <w:pPr>
              <w:spacing w:after="20" w:line="240" w:lineRule="auto"/>
            </w:pPr>
            <w:proofErr w:type="spellStart"/>
            <w:r>
              <w:rPr>
                <w:b/>
              </w:rPr>
              <w:t>Organisation</w:t>
            </w:r>
            <w:proofErr w:type="spellEnd"/>
          </w:p>
        </w:tc>
        <w:tc>
          <w:tcPr>
            <w:tcW w:w="6408" w:type="dxa"/>
            <w:tcMar>
              <w:top w:w="110" w:type="dxa"/>
              <w:left w:w="130" w:type="dxa"/>
              <w:bottom w:w="110" w:type="dxa"/>
              <w:right w:w="130" w:type="dxa"/>
            </w:tcMar>
            <w:vAlign w:val="center"/>
          </w:tcPr>
          <w:p w14:paraId="788A73BE" w14:textId="77777777" w:rsidR="007563BF" w:rsidRDefault="007563BF" w:rsidP="00C6672B">
            <w:pPr>
              <w:spacing w:after="20" w:line="240" w:lineRule="auto"/>
            </w:pPr>
          </w:p>
        </w:tc>
      </w:tr>
      <w:tr w:rsidR="007563BF" w14:paraId="4363F60D" w14:textId="77777777" w:rsidTr="00C6672B">
        <w:trPr>
          <w:cantSplit/>
          <w:jc w:val="center"/>
        </w:trPr>
        <w:tc>
          <w:tcPr>
            <w:tcW w:w="3096" w:type="dxa"/>
            <w:shd w:val="clear" w:color="auto" w:fill="EAF3F2"/>
            <w:tcMar>
              <w:top w:w="110" w:type="dxa"/>
              <w:left w:w="130" w:type="dxa"/>
              <w:bottom w:w="110" w:type="dxa"/>
              <w:right w:w="130" w:type="dxa"/>
            </w:tcMar>
            <w:vAlign w:val="center"/>
          </w:tcPr>
          <w:p w14:paraId="47EBD782" w14:textId="77777777" w:rsidR="007563BF" w:rsidRDefault="007563BF" w:rsidP="00C6672B">
            <w:pPr>
              <w:spacing w:after="20" w:line="240" w:lineRule="auto"/>
            </w:pPr>
            <w:r>
              <w:rPr>
                <w:b/>
              </w:rPr>
              <w:t>Job or volunteer title</w:t>
            </w:r>
          </w:p>
        </w:tc>
        <w:tc>
          <w:tcPr>
            <w:tcW w:w="6408" w:type="dxa"/>
            <w:shd w:val="clear" w:color="auto" w:fill="F7FAFA"/>
            <w:tcMar>
              <w:top w:w="110" w:type="dxa"/>
              <w:left w:w="130" w:type="dxa"/>
              <w:bottom w:w="110" w:type="dxa"/>
              <w:right w:w="130" w:type="dxa"/>
            </w:tcMar>
            <w:vAlign w:val="center"/>
          </w:tcPr>
          <w:p w14:paraId="3DB77DDA" w14:textId="77777777" w:rsidR="007563BF" w:rsidRDefault="007563BF" w:rsidP="00C6672B">
            <w:pPr>
              <w:spacing w:after="20" w:line="240" w:lineRule="auto"/>
            </w:pPr>
          </w:p>
        </w:tc>
      </w:tr>
      <w:tr w:rsidR="007563BF" w14:paraId="37686F79" w14:textId="77777777" w:rsidTr="00C6672B">
        <w:trPr>
          <w:cantSplit/>
          <w:jc w:val="center"/>
        </w:trPr>
        <w:tc>
          <w:tcPr>
            <w:tcW w:w="3096" w:type="dxa"/>
            <w:shd w:val="clear" w:color="auto" w:fill="EAF3F2"/>
            <w:tcMar>
              <w:top w:w="110" w:type="dxa"/>
              <w:left w:w="130" w:type="dxa"/>
              <w:bottom w:w="110" w:type="dxa"/>
              <w:right w:w="130" w:type="dxa"/>
            </w:tcMar>
            <w:vAlign w:val="center"/>
          </w:tcPr>
          <w:p w14:paraId="6CE3331A" w14:textId="77777777" w:rsidR="007563BF" w:rsidRDefault="007563BF" w:rsidP="00C6672B">
            <w:pPr>
              <w:spacing w:after="20" w:line="240" w:lineRule="auto"/>
            </w:pPr>
            <w:r>
              <w:rPr>
                <w:b/>
              </w:rPr>
              <w:t>Dates</w:t>
            </w:r>
          </w:p>
        </w:tc>
        <w:tc>
          <w:tcPr>
            <w:tcW w:w="6408" w:type="dxa"/>
            <w:tcMar>
              <w:top w:w="110" w:type="dxa"/>
              <w:left w:w="130" w:type="dxa"/>
              <w:bottom w:w="110" w:type="dxa"/>
              <w:right w:w="130" w:type="dxa"/>
            </w:tcMar>
            <w:vAlign w:val="center"/>
          </w:tcPr>
          <w:p w14:paraId="632C593D" w14:textId="77777777" w:rsidR="007563BF" w:rsidRDefault="007563BF" w:rsidP="00C6672B">
            <w:pPr>
              <w:spacing w:after="20" w:line="240" w:lineRule="auto"/>
            </w:pPr>
            <w:r>
              <w:t>From:                         To:</w:t>
            </w:r>
          </w:p>
        </w:tc>
      </w:tr>
      <w:tr w:rsidR="007563BF" w14:paraId="3A55E7A7" w14:textId="77777777" w:rsidTr="00C6672B">
        <w:trPr>
          <w:cantSplit/>
          <w:jc w:val="center"/>
        </w:trPr>
        <w:tc>
          <w:tcPr>
            <w:tcW w:w="3096" w:type="dxa"/>
            <w:shd w:val="clear" w:color="auto" w:fill="EAF3F2"/>
            <w:tcMar>
              <w:top w:w="110" w:type="dxa"/>
              <w:left w:w="130" w:type="dxa"/>
              <w:bottom w:w="110" w:type="dxa"/>
              <w:right w:w="130" w:type="dxa"/>
            </w:tcMar>
            <w:vAlign w:val="center"/>
          </w:tcPr>
          <w:p w14:paraId="3C894787" w14:textId="77777777" w:rsidR="007563BF" w:rsidRDefault="007563BF" w:rsidP="00C6672B">
            <w:pPr>
              <w:spacing w:after="20" w:line="240" w:lineRule="auto"/>
            </w:pPr>
            <w:r>
              <w:rPr>
                <w:b/>
              </w:rPr>
              <w:t>Main responsibilities</w:t>
            </w:r>
          </w:p>
        </w:tc>
        <w:tc>
          <w:tcPr>
            <w:tcW w:w="6408" w:type="dxa"/>
            <w:shd w:val="clear" w:color="auto" w:fill="F7FAFA"/>
            <w:tcMar>
              <w:top w:w="110" w:type="dxa"/>
              <w:left w:w="130" w:type="dxa"/>
              <w:bottom w:w="110" w:type="dxa"/>
              <w:right w:w="130" w:type="dxa"/>
            </w:tcMar>
            <w:vAlign w:val="center"/>
          </w:tcPr>
          <w:p w14:paraId="7989E653" w14:textId="77777777" w:rsidR="007563BF" w:rsidRDefault="007563BF" w:rsidP="00C6672B">
            <w:pPr>
              <w:spacing w:after="20" w:line="240" w:lineRule="auto"/>
            </w:pPr>
            <w:r>
              <w:br/>
            </w:r>
            <w:r>
              <w:br/>
            </w:r>
          </w:p>
        </w:tc>
      </w:tr>
      <w:tr w:rsidR="007563BF" w14:paraId="2A405DF1" w14:textId="77777777" w:rsidTr="00C6672B">
        <w:trPr>
          <w:cantSplit/>
          <w:jc w:val="center"/>
        </w:trPr>
        <w:tc>
          <w:tcPr>
            <w:tcW w:w="3096" w:type="dxa"/>
            <w:shd w:val="clear" w:color="auto" w:fill="EAF3F2"/>
            <w:tcMar>
              <w:top w:w="110" w:type="dxa"/>
              <w:left w:w="130" w:type="dxa"/>
              <w:bottom w:w="110" w:type="dxa"/>
              <w:right w:w="130" w:type="dxa"/>
            </w:tcMar>
            <w:vAlign w:val="center"/>
          </w:tcPr>
          <w:p w14:paraId="0CA4C1EB" w14:textId="77777777" w:rsidR="007563BF" w:rsidRDefault="007563BF" w:rsidP="00C6672B">
            <w:pPr>
              <w:spacing w:after="20" w:line="240" w:lineRule="auto"/>
            </w:pPr>
            <w:r>
              <w:rPr>
                <w:b/>
              </w:rPr>
              <w:t>Reason for leaving</w:t>
            </w:r>
          </w:p>
        </w:tc>
        <w:tc>
          <w:tcPr>
            <w:tcW w:w="6408" w:type="dxa"/>
            <w:tcMar>
              <w:top w:w="110" w:type="dxa"/>
              <w:left w:w="130" w:type="dxa"/>
              <w:bottom w:w="110" w:type="dxa"/>
              <w:right w:w="130" w:type="dxa"/>
            </w:tcMar>
            <w:vAlign w:val="center"/>
          </w:tcPr>
          <w:p w14:paraId="27B01C74" w14:textId="77777777" w:rsidR="007563BF" w:rsidRDefault="007563BF" w:rsidP="00C6672B">
            <w:pPr>
              <w:spacing w:after="20" w:line="240" w:lineRule="auto"/>
            </w:pPr>
          </w:p>
        </w:tc>
      </w:tr>
    </w:tbl>
    <w:p w14:paraId="0260AB30" w14:textId="77777777" w:rsidR="007563BF" w:rsidRDefault="007563BF" w:rsidP="007563BF">
      <w:pPr>
        <w:spacing w:after="0"/>
      </w:pPr>
    </w:p>
    <w:p w14:paraId="51941299" w14:textId="77777777" w:rsidR="007563BF" w:rsidRDefault="007563BF" w:rsidP="007563BF">
      <w:pPr>
        <w:pStyle w:val="Heading1"/>
      </w:pPr>
      <w:r>
        <w:t>Gaps in employment</w:t>
      </w:r>
    </w:p>
    <w:p w14:paraId="389A6056" w14:textId="77777777" w:rsidR="007563BF" w:rsidRDefault="007563BF" w:rsidP="007563BF">
      <w:pPr>
        <w:spacing w:after="160"/>
      </w:pPr>
      <w:r>
        <w:t xml:space="preserve">Please briefly explain any gaps in your work or volunteering history. </w:t>
      </w:r>
      <w:proofErr w:type="gramStart"/>
      <w:r>
        <w:t>Caring</w:t>
      </w:r>
      <w:proofErr w:type="gramEnd"/>
      <w:r>
        <w:t xml:space="preserve"> responsibilities, illness, study and career breaks will not count against you.</w:t>
      </w:r>
    </w:p>
    <w:p w14:paraId="156E8B2D" w14:textId="77777777" w:rsidR="007563BF" w:rsidRDefault="007563BF" w:rsidP="007563BF">
      <w:r>
        <w:t>______________________________________________________________________________________________</w:t>
      </w:r>
    </w:p>
    <w:p w14:paraId="4CDDFF36" w14:textId="77777777" w:rsidR="007563BF" w:rsidRDefault="007563BF" w:rsidP="007563BF">
      <w:r>
        <w:t>_______________________________________________________________________________________________</w:t>
      </w:r>
    </w:p>
    <w:p w14:paraId="7B94877E" w14:textId="77777777" w:rsidR="007563BF" w:rsidRDefault="007563BF" w:rsidP="007563BF">
      <w:r>
        <w:t>_______________________________________________________________________________________________</w:t>
      </w:r>
    </w:p>
    <w:p w14:paraId="0C1ED48D" w14:textId="77777777" w:rsidR="007563BF" w:rsidRDefault="007563BF" w:rsidP="007563BF">
      <w:r>
        <w:t>_______________________________________________________________________________________________</w:t>
      </w:r>
    </w:p>
    <w:p w14:paraId="15CCEEBB" w14:textId="77777777" w:rsidR="007563BF" w:rsidRDefault="007563BF" w:rsidP="007563BF">
      <w:pPr>
        <w:pStyle w:val="Heading1"/>
      </w:pPr>
      <w:r>
        <w:t>Experience and suitability</w:t>
      </w:r>
    </w:p>
    <w:p w14:paraId="71EF36AD" w14:textId="77777777" w:rsidR="007563BF" w:rsidRDefault="007563BF" w:rsidP="007563BF">
      <w:pPr>
        <w:spacing w:after="160"/>
      </w:pPr>
      <w:r>
        <w:t>Please use specific examples wherever possible. You may type into the spaces or attach additional pages, clearly labelled with the question number.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080"/>
      </w:tblGrid>
      <w:tr w:rsidR="007563BF" w14:paraId="2C5B7431" w14:textId="77777777" w:rsidTr="00C6672B">
        <w:trPr>
          <w:cantSplit/>
          <w:jc w:val="center"/>
        </w:trPr>
        <w:tc>
          <w:tcPr>
            <w:tcW w:w="10080" w:type="dxa"/>
            <w:shd w:val="clear" w:color="auto" w:fill="EAF3F2"/>
            <w:tcMar>
              <w:top w:w="110" w:type="dxa"/>
              <w:left w:w="130" w:type="dxa"/>
              <w:bottom w:w="110" w:type="dxa"/>
              <w:right w:w="130" w:type="dxa"/>
            </w:tcMar>
            <w:vAlign w:val="center"/>
          </w:tcPr>
          <w:p w14:paraId="01117447" w14:textId="77777777" w:rsidR="007563BF" w:rsidRDefault="007563BF" w:rsidP="00C6672B">
            <w:pPr>
              <w:spacing w:after="20" w:line="240" w:lineRule="auto"/>
            </w:pPr>
            <w:proofErr w:type="gramStart"/>
            <w:r>
              <w:rPr>
                <w:b/>
              </w:rPr>
              <w:t>1  Why</w:t>
            </w:r>
            <w:proofErr w:type="gramEnd"/>
            <w:r>
              <w:rPr>
                <w:b/>
              </w:rPr>
              <w:t xml:space="preserve"> do you want to work for Baby Godiva and why are you interested in the role or roles you selected?</w:t>
            </w:r>
          </w:p>
          <w:p w14:paraId="15A66ACA" w14:textId="77777777" w:rsidR="007563BF" w:rsidRDefault="007563BF" w:rsidP="00C6672B">
            <w:pPr>
              <w:spacing w:after="20" w:line="240" w:lineRule="auto"/>
            </w:pPr>
            <w:r>
              <w:rPr>
                <w:i/>
                <w:sz w:val="19"/>
              </w:rPr>
              <w:t>Maximum 300 words</w:t>
            </w:r>
          </w:p>
        </w:tc>
      </w:tr>
    </w:tbl>
    <w:p w14:paraId="4B85529B" w14:textId="77777777" w:rsidR="007563BF" w:rsidRDefault="007563BF" w:rsidP="007563BF">
      <w:pPr>
        <w:spacing w:after="20"/>
        <w:rPr>
          <w:color w:val="B9B9B9"/>
          <w:sz w:val="16"/>
        </w:rPr>
      </w:pPr>
    </w:p>
    <w:p w14:paraId="54BEDB7D" w14:textId="77777777" w:rsidR="007563BF" w:rsidRDefault="007563BF" w:rsidP="007563BF">
      <w:pPr>
        <w:spacing w:after="20"/>
        <w:rPr>
          <w:color w:val="B9B9B9"/>
          <w:sz w:val="16"/>
        </w:rPr>
      </w:pPr>
    </w:p>
    <w:p w14:paraId="38F71E08" w14:textId="77777777" w:rsidR="007563BF" w:rsidRDefault="007563BF" w:rsidP="007563BF">
      <w:r>
        <w:t>______________________________________________________________________________________________</w:t>
      </w:r>
    </w:p>
    <w:p w14:paraId="7B47E7A7" w14:textId="77777777" w:rsidR="007563BF" w:rsidRDefault="007563BF" w:rsidP="007563BF">
      <w:r>
        <w:t>_______________________________________________________________________________________________</w:t>
      </w:r>
    </w:p>
    <w:p w14:paraId="108EEE34" w14:textId="77777777" w:rsidR="007563BF" w:rsidRDefault="007563BF" w:rsidP="007563BF">
      <w:r>
        <w:t>_______________________________________________________________________________________________</w:t>
      </w:r>
    </w:p>
    <w:p w14:paraId="5654F02B" w14:textId="77777777" w:rsidR="007563BF" w:rsidRDefault="007563BF" w:rsidP="007563BF">
      <w:r>
        <w:t>_______________________________________________________________________________________________</w:t>
      </w:r>
    </w:p>
    <w:p w14:paraId="138E9311" w14:textId="77777777" w:rsidR="007563BF" w:rsidRDefault="007563BF" w:rsidP="007563BF">
      <w:pPr>
        <w:spacing w:after="20"/>
        <w:rPr>
          <w:color w:val="B9B9B9"/>
          <w:sz w:val="16"/>
        </w:rPr>
      </w:pPr>
    </w:p>
    <w:p w14:paraId="5FACA6CD" w14:textId="77777777" w:rsidR="007563BF" w:rsidRDefault="007563BF" w:rsidP="007563BF">
      <w:pPr>
        <w:spacing w:after="20"/>
        <w:rPr>
          <w:color w:val="B9B9B9"/>
          <w:sz w:val="16"/>
        </w:rPr>
      </w:pPr>
    </w:p>
    <w:p w14:paraId="7D87E614" w14:textId="77777777" w:rsidR="007563BF" w:rsidRDefault="007563BF" w:rsidP="007563BF">
      <w:pPr>
        <w:spacing w:after="20"/>
        <w:rPr>
          <w:color w:val="B9B9B9"/>
          <w:sz w:val="16"/>
        </w:rPr>
      </w:pPr>
    </w:p>
    <w:p w14:paraId="619284C6" w14:textId="77777777" w:rsidR="007563BF" w:rsidRDefault="007563BF" w:rsidP="007563BF">
      <w:pPr>
        <w:spacing w:after="20"/>
      </w:pP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080"/>
      </w:tblGrid>
      <w:tr w:rsidR="007563BF" w14:paraId="6629D150" w14:textId="77777777" w:rsidTr="00C6672B">
        <w:trPr>
          <w:cantSplit/>
          <w:jc w:val="center"/>
        </w:trPr>
        <w:tc>
          <w:tcPr>
            <w:tcW w:w="10080" w:type="dxa"/>
            <w:shd w:val="clear" w:color="auto" w:fill="EAF3F2"/>
            <w:tcMar>
              <w:top w:w="110" w:type="dxa"/>
              <w:left w:w="130" w:type="dxa"/>
              <w:bottom w:w="110" w:type="dxa"/>
              <w:right w:w="130" w:type="dxa"/>
            </w:tcMar>
            <w:vAlign w:val="center"/>
          </w:tcPr>
          <w:p w14:paraId="4CFC9558" w14:textId="77777777" w:rsidR="007563BF" w:rsidRDefault="007563BF" w:rsidP="00C6672B">
            <w:pPr>
              <w:spacing w:after="20" w:line="240" w:lineRule="auto"/>
            </w:pPr>
            <w:proofErr w:type="gramStart"/>
            <w:r>
              <w:rPr>
                <w:b/>
              </w:rPr>
              <w:t>2  Tell</w:t>
            </w:r>
            <w:proofErr w:type="gramEnd"/>
            <w:r>
              <w:rPr>
                <w:b/>
              </w:rPr>
              <w:t xml:space="preserve"> us about your experience of supporting people experiencing poverty, hardship, crisis or complex circumstances.</w:t>
            </w:r>
          </w:p>
          <w:p w14:paraId="10FA1CA6" w14:textId="77777777" w:rsidR="007563BF" w:rsidRDefault="007563BF" w:rsidP="00C6672B">
            <w:pPr>
              <w:spacing w:after="20" w:line="240" w:lineRule="auto"/>
            </w:pPr>
            <w:r>
              <w:rPr>
                <w:i/>
                <w:sz w:val="19"/>
              </w:rPr>
              <w:t>Explain your role, what you did and what you learned. Maximum 500 words</w:t>
            </w:r>
          </w:p>
        </w:tc>
      </w:tr>
    </w:tbl>
    <w:p w14:paraId="6D4FCF10" w14:textId="77777777" w:rsidR="007563BF" w:rsidRDefault="007563BF" w:rsidP="007563BF">
      <w:pPr>
        <w:spacing w:after="20"/>
      </w:pPr>
    </w:p>
    <w:p w14:paraId="29C79352" w14:textId="77777777" w:rsidR="007563BF" w:rsidRDefault="007563BF" w:rsidP="007563BF">
      <w:r>
        <w:t>______________________________________________________________________________________________</w:t>
      </w:r>
    </w:p>
    <w:p w14:paraId="686B8A07" w14:textId="77777777" w:rsidR="007563BF" w:rsidRDefault="007563BF" w:rsidP="007563BF">
      <w:r>
        <w:lastRenderedPageBreak/>
        <w:t>_______________________________________________________________________________________________</w:t>
      </w:r>
    </w:p>
    <w:p w14:paraId="009B1533" w14:textId="77777777" w:rsidR="007563BF" w:rsidRDefault="007563BF" w:rsidP="007563BF">
      <w:r>
        <w:t>_______________________________________________________________________________________________</w:t>
      </w:r>
    </w:p>
    <w:p w14:paraId="5888F328" w14:textId="77777777" w:rsidR="007563BF" w:rsidRDefault="007563BF" w:rsidP="007563BF">
      <w:r>
        <w:t>_______________________________________________________________________________________________</w:t>
      </w:r>
    </w:p>
    <w:p w14:paraId="18E53720" w14:textId="77777777" w:rsidR="007563BF" w:rsidRDefault="007563BF" w:rsidP="007563BF"/>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080"/>
      </w:tblGrid>
      <w:tr w:rsidR="007563BF" w14:paraId="200AAA02" w14:textId="77777777" w:rsidTr="00C6672B">
        <w:trPr>
          <w:cantSplit/>
          <w:jc w:val="center"/>
        </w:trPr>
        <w:tc>
          <w:tcPr>
            <w:tcW w:w="10080" w:type="dxa"/>
            <w:shd w:val="clear" w:color="auto" w:fill="EAF3F2"/>
            <w:tcMar>
              <w:top w:w="110" w:type="dxa"/>
              <w:left w:w="130" w:type="dxa"/>
              <w:bottom w:w="110" w:type="dxa"/>
              <w:right w:w="130" w:type="dxa"/>
            </w:tcMar>
            <w:vAlign w:val="center"/>
          </w:tcPr>
          <w:p w14:paraId="2C8093A7" w14:textId="77777777" w:rsidR="007563BF" w:rsidRDefault="007563BF" w:rsidP="00C6672B">
            <w:pPr>
              <w:spacing w:after="20" w:line="240" w:lineRule="auto"/>
            </w:pPr>
            <w:proofErr w:type="gramStart"/>
            <w:r>
              <w:rPr>
                <w:b/>
              </w:rPr>
              <w:t>3  Tell</w:t>
            </w:r>
            <w:proofErr w:type="gramEnd"/>
            <w:r>
              <w:rPr>
                <w:b/>
              </w:rPr>
              <w:t xml:space="preserve"> us about a time you had to say no, set a boundary or challenge someone.</w:t>
            </w:r>
          </w:p>
          <w:p w14:paraId="5BAD3D04" w14:textId="77777777" w:rsidR="007563BF" w:rsidRDefault="007563BF" w:rsidP="00C6672B">
            <w:pPr>
              <w:spacing w:after="20" w:line="240" w:lineRule="auto"/>
            </w:pPr>
            <w:r>
              <w:rPr>
                <w:i/>
                <w:sz w:val="19"/>
              </w:rPr>
              <w:t>What was the situation, how did you communicate your decision and what was the outcome? Maximum 400 words</w:t>
            </w:r>
          </w:p>
        </w:tc>
      </w:tr>
    </w:tbl>
    <w:p w14:paraId="5428C340" w14:textId="77777777" w:rsidR="007563BF" w:rsidRDefault="007563BF" w:rsidP="007563BF">
      <w:pPr>
        <w:spacing w:after="20"/>
      </w:pPr>
    </w:p>
    <w:p w14:paraId="3AD754C1" w14:textId="77777777" w:rsidR="007563BF" w:rsidRDefault="007563BF" w:rsidP="007563BF">
      <w:pPr>
        <w:spacing w:after="20"/>
      </w:pPr>
    </w:p>
    <w:p w14:paraId="71DB362B" w14:textId="77777777" w:rsidR="007563BF" w:rsidRDefault="007563BF" w:rsidP="007563BF">
      <w:r>
        <w:t>______________________________________________________________________________________________</w:t>
      </w:r>
    </w:p>
    <w:p w14:paraId="01BA0975" w14:textId="77777777" w:rsidR="007563BF" w:rsidRDefault="007563BF" w:rsidP="007563BF">
      <w:r>
        <w:t>_______________________________________________________________________________________________</w:t>
      </w:r>
    </w:p>
    <w:p w14:paraId="59098E77" w14:textId="77777777" w:rsidR="007563BF" w:rsidRDefault="007563BF" w:rsidP="007563BF">
      <w:r>
        <w:t>_______________________________________________________________________________________________</w:t>
      </w:r>
    </w:p>
    <w:p w14:paraId="5EAB5794" w14:textId="77777777" w:rsidR="007563BF" w:rsidRDefault="007563BF" w:rsidP="007563BF">
      <w:r>
        <w:t>_______________________________________________________________________________________________</w:t>
      </w:r>
    </w:p>
    <w:p w14:paraId="6E4BAC45" w14:textId="77777777" w:rsidR="007563BF" w:rsidRDefault="007563BF" w:rsidP="007563BF">
      <w:pPr>
        <w:spacing w:after="20"/>
      </w:pPr>
    </w:p>
    <w:p w14:paraId="681CB54C" w14:textId="77777777" w:rsidR="007563BF" w:rsidRDefault="007563BF" w:rsidP="007563BF">
      <w:pPr>
        <w:spacing w:after="20"/>
      </w:pP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080"/>
      </w:tblGrid>
      <w:tr w:rsidR="007563BF" w14:paraId="08B35CBC" w14:textId="77777777" w:rsidTr="00C6672B">
        <w:trPr>
          <w:cantSplit/>
          <w:jc w:val="center"/>
        </w:trPr>
        <w:tc>
          <w:tcPr>
            <w:tcW w:w="10080" w:type="dxa"/>
            <w:shd w:val="clear" w:color="auto" w:fill="EAF3F2"/>
            <w:tcMar>
              <w:top w:w="110" w:type="dxa"/>
              <w:left w:w="130" w:type="dxa"/>
              <w:bottom w:w="110" w:type="dxa"/>
              <w:right w:w="130" w:type="dxa"/>
            </w:tcMar>
            <w:vAlign w:val="center"/>
          </w:tcPr>
          <w:p w14:paraId="3064038B" w14:textId="77777777" w:rsidR="007563BF" w:rsidRDefault="007563BF" w:rsidP="00C6672B">
            <w:pPr>
              <w:spacing w:after="20" w:line="240" w:lineRule="auto"/>
            </w:pPr>
            <w:proofErr w:type="gramStart"/>
            <w:r>
              <w:rPr>
                <w:b/>
              </w:rPr>
              <w:t>4  Give</w:t>
            </w:r>
            <w:proofErr w:type="gramEnd"/>
            <w:r>
              <w:rPr>
                <w:b/>
              </w:rPr>
              <w:t xml:space="preserve"> an example of how you </w:t>
            </w:r>
            <w:proofErr w:type="spellStart"/>
            <w:r>
              <w:rPr>
                <w:b/>
              </w:rPr>
              <w:t>organised</w:t>
            </w:r>
            <w:proofErr w:type="spellEnd"/>
            <w:r>
              <w:rPr>
                <w:b/>
              </w:rPr>
              <w:t xml:space="preserve"> competing tasks in a busy environment.</w:t>
            </w:r>
          </w:p>
          <w:p w14:paraId="07E8CAA9" w14:textId="77777777" w:rsidR="007563BF" w:rsidRDefault="007563BF" w:rsidP="00C6672B">
            <w:pPr>
              <w:spacing w:after="20" w:line="240" w:lineRule="auto"/>
            </w:pPr>
            <w:r>
              <w:rPr>
                <w:i/>
                <w:sz w:val="19"/>
              </w:rPr>
              <w:t xml:space="preserve">How did you decide what to </w:t>
            </w:r>
            <w:proofErr w:type="spellStart"/>
            <w:r>
              <w:rPr>
                <w:i/>
                <w:sz w:val="19"/>
              </w:rPr>
              <w:t>prioritise</w:t>
            </w:r>
            <w:proofErr w:type="spellEnd"/>
            <w:r>
              <w:rPr>
                <w:i/>
                <w:sz w:val="19"/>
              </w:rPr>
              <w:t xml:space="preserve"> and how did you make sure important work was completed? Maximum 400 words</w:t>
            </w:r>
          </w:p>
        </w:tc>
      </w:tr>
    </w:tbl>
    <w:p w14:paraId="63F959A2" w14:textId="77777777" w:rsidR="007563BF" w:rsidRDefault="007563BF" w:rsidP="007563BF">
      <w:pPr>
        <w:spacing w:after="20"/>
      </w:pPr>
    </w:p>
    <w:p w14:paraId="6FF084AC" w14:textId="77777777" w:rsidR="007563BF" w:rsidRDefault="007563BF" w:rsidP="007563BF">
      <w:r>
        <w:t>______________________________________________________________________________________________</w:t>
      </w:r>
    </w:p>
    <w:p w14:paraId="791EBF1B" w14:textId="77777777" w:rsidR="007563BF" w:rsidRDefault="007563BF" w:rsidP="007563BF">
      <w:r>
        <w:t>_______________________________________________________________________________________________</w:t>
      </w:r>
    </w:p>
    <w:p w14:paraId="2B965C21" w14:textId="77777777" w:rsidR="007563BF" w:rsidRDefault="007563BF" w:rsidP="007563BF">
      <w:r>
        <w:t>_______________________________________________________________________________________________</w:t>
      </w:r>
    </w:p>
    <w:p w14:paraId="4259386D" w14:textId="77777777" w:rsidR="007563BF" w:rsidRDefault="007563BF" w:rsidP="007563BF">
      <w:r>
        <w:t>_______________________________________________________________________________________________</w:t>
      </w:r>
    </w:p>
    <w:p w14:paraId="6C646689" w14:textId="77777777" w:rsidR="007563BF" w:rsidRDefault="007563BF">
      <w:pPr>
        <w:spacing w:after="200" w:line="276" w:lineRule="auto"/>
        <w:rPr>
          <w:rFonts w:asciiTheme="majorHAnsi" w:eastAsiaTheme="majorEastAsia" w:hAnsiTheme="majorHAnsi" w:cstheme="majorBidi"/>
          <w:b/>
          <w:bCs/>
          <w:sz w:val="30"/>
          <w:szCs w:val="28"/>
        </w:rPr>
      </w:pPr>
      <w:r>
        <w:br w:type="page"/>
      </w:r>
    </w:p>
    <w:p w14:paraId="73D690A6" w14:textId="255C98F3" w:rsidR="007563BF" w:rsidRDefault="007563BF" w:rsidP="007563BF">
      <w:pPr>
        <w:pStyle w:val="Heading1"/>
      </w:pPr>
      <w:r>
        <w:lastRenderedPageBreak/>
        <w:t>Role specific questions</w:t>
      </w:r>
    </w:p>
    <w:p w14:paraId="09783575" w14:textId="77777777" w:rsidR="007563BF" w:rsidRDefault="007563BF" w:rsidP="007563BF">
      <w:pPr>
        <w:spacing w:after="160"/>
      </w:pPr>
      <w:r>
        <w:t>Complete the questions for every role you are applying for. If you are applying for both roles, answer all four questions.</w:t>
      </w:r>
    </w:p>
    <w:p w14:paraId="63A77470" w14:textId="77777777" w:rsidR="007563BF" w:rsidRDefault="007563BF" w:rsidP="007563BF">
      <w:pPr>
        <w:pStyle w:val="Heading2"/>
      </w:pPr>
      <w:r>
        <w:t>Warehouse and Volunteer Coordinator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080"/>
      </w:tblGrid>
      <w:tr w:rsidR="007563BF" w14:paraId="70FC0D62" w14:textId="77777777" w:rsidTr="00C6672B">
        <w:trPr>
          <w:cantSplit/>
          <w:jc w:val="center"/>
        </w:trPr>
        <w:tc>
          <w:tcPr>
            <w:tcW w:w="10080" w:type="dxa"/>
            <w:shd w:val="clear" w:color="auto" w:fill="EAF3F2"/>
            <w:tcMar>
              <w:top w:w="110" w:type="dxa"/>
              <w:left w:w="130" w:type="dxa"/>
              <w:bottom w:w="110" w:type="dxa"/>
              <w:right w:w="130" w:type="dxa"/>
            </w:tcMar>
            <w:vAlign w:val="center"/>
          </w:tcPr>
          <w:p w14:paraId="2A2AC99A" w14:textId="77777777" w:rsidR="007563BF" w:rsidRDefault="007563BF" w:rsidP="00C6672B">
            <w:pPr>
              <w:spacing w:after="20" w:line="240" w:lineRule="auto"/>
            </w:pPr>
            <w:r>
              <w:rPr>
                <w:b/>
              </w:rPr>
              <w:t>5</w:t>
            </w:r>
            <w:proofErr w:type="gramStart"/>
            <w:r>
              <w:rPr>
                <w:b/>
              </w:rPr>
              <w:t>A  Describe</w:t>
            </w:r>
            <w:proofErr w:type="gramEnd"/>
            <w:r>
              <w:rPr>
                <w:b/>
              </w:rPr>
              <w:t xml:space="preserve"> your experience of </w:t>
            </w:r>
            <w:proofErr w:type="spellStart"/>
            <w:r>
              <w:rPr>
                <w:b/>
              </w:rPr>
              <w:t>organising</w:t>
            </w:r>
            <w:proofErr w:type="spellEnd"/>
            <w:r>
              <w:rPr>
                <w:b/>
              </w:rPr>
              <w:t xml:space="preserve"> stock, donations, a warehouse, retail space or another busy practical environment.</w:t>
            </w:r>
          </w:p>
          <w:p w14:paraId="4684D56A" w14:textId="77777777" w:rsidR="007563BF" w:rsidRDefault="007563BF" w:rsidP="00C6672B">
            <w:pPr>
              <w:spacing w:after="20" w:line="240" w:lineRule="auto"/>
            </w:pPr>
            <w:r>
              <w:rPr>
                <w:i/>
                <w:sz w:val="19"/>
              </w:rPr>
              <w:t xml:space="preserve">Include the systems or checks you used to keep the space safe and </w:t>
            </w:r>
            <w:proofErr w:type="spellStart"/>
            <w:r>
              <w:rPr>
                <w:i/>
                <w:sz w:val="19"/>
              </w:rPr>
              <w:t>organised</w:t>
            </w:r>
            <w:proofErr w:type="spellEnd"/>
            <w:r>
              <w:rPr>
                <w:i/>
                <w:sz w:val="19"/>
              </w:rPr>
              <w:t>. Maximum 400 words</w:t>
            </w:r>
          </w:p>
        </w:tc>
      </w:tr>
    </w:tbl>
    <w:p w14:paraId="109A6C8E" w14:textId="77777777" w:rsidR="007563BF" w:rsidRDefault="007563BF" w:rsidP="007563BF">
      <w:pPr>
        <w:spacing w:after="40" w:line="240" w:lineRule="auto"/>
        <w:rPr>
          <w:color w:val="B9B9B9"/>
          <w:sz w:val="16"/>
        </w:rPr>
      </w:pPr>
    </w:p>
    <w:p w14:paraId="0F43321F" w14:textId="77777777" w:rsidR="007563BF" w:rsidRDefault="007563BF" w:rsidP="007563BF">
      <w:r>
        <w:t>______________________________________________________________________________________________</w:t>
      </w:r>
    </w:p>
    <w:p w14:paraId="1FE67B06" w14:textId="77777777" w:rsidR="007563BF" w:rsidRDefault="007563BF" w:rsidP="007563BF">
      <w:r>
        <w:t>_______________________________________________________________________________________________</w:t>
      </w:r>
    </w:p>
    <w:p w14:paraId="680A4BA7" w14:textId="77777777" w:rsidR="007563BF" w:rsidRDefault="007563BF" w:rsidP="007563BF">
      <w:r>
        <w:t>_______________________________________________________________________________________________</w:t>
      </w:r>
    </w:p>
    <w:p w14:paraId="6E052187" w14:textId="77777777" w:rsidR="007563BF" w:rsidRDefault="007563BF" w:rsidP="007563BF">
      <w:r>
        <w:t>_______________________________________________________________________________________________</w:t>
      </w:r>
    </w:p>
    <w:p w14:paraId="55E42C68" w14:textId="77777777" w:rsidR="007563BF" w:rsidRDefault="007563BF" w:rsidP="007563BF">
      <w:pPr>
        <w:spacing w:after="40" w:line="240" w:lineRule="auto"/>
        <w:rPr>
          <w:color w:val="B9B9B9"/>
          <w:sz w:val="16"/>
        </w:rPr>
      </w:pPr>
    </w:p>
    <w:p w14:paraId="2D886F12" w14:textId="77777777" w:rsidR="007563BF" w:rsidRDefault="007563BF" w:rsidP="007563BF">
      <w:pPr>
        <w:spacing w:after="20"/>
      </w:pP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080"/>
      </w:tblGrid>
      <w:tr w:rsidR="007563BF" w14:paraId="0DAEF709" w14:textId="77777777" w:rsidTr="00C6672B">
        <w:trPr>
          <w:cantSplit/>
          <w:jc w:val="center"/>
        </w:trPr>
        <w:tc>
          <w:tcPr>
            <w:tcW w:w="10080" w:type="dxa"/>
            <w:shd w:val="clear" w:color="auto" w:fill="EAF3F2"/>
            <w:tcMar>
              <w:top w:w="110" w:type="dxa"/>
              <w:left w:w="130" w:type="dxa"/>
              <w:bottom w:w="110" w:type="dxa"/>
              <w:right w:w="130" w:type="dxa"/>
            </w:tcMar>
            <w:vAlign w:val="center"/>
          </w:tcPr>
          <w:p w14:paraId="6619BE7C" w14:textId="77777777" w:rsidR="007563BF" w:rsidRDefault="007563BF" w:rsidP="00C6672B">
            <w:pPr>
              <w:spacing w:after="20" w:line="240" w:lineRule="auto"/>
            </w:pPr>
            <w:r>
              <w:rPr>
                <w:b/>
              </w:rPr>
              <w:t>6</w:t>
            </w:r>
            <w:proofErr w:type="gramStart"/>
            <w:r>
              <w:rPr>
                <w:b/>
              </w:rPr>
              <w:t>A  Tell</w:t>
            </w:r>
            <w:proofErr w:type="gramEnd"/>
            <w:r>
              <w:rPr>
                <w:b/>
              </w:rPr>
              <w:t xml:space="preserve"> us about your experience of coordinating, supporting or training volunteers or colleagues.</w:t>
            </w:r>
          </w:p>
          <w:p w14:paraId="04AD76B0" w14:textId="77777777" w:rsidR="007563BF" w:rsidRDefault="007563BF" w:rsidP="00C6672B">
            <w:pPr>
              <w:spacing w:after="20" w:line="240" w:lineRule="auto"/>
            </w:pPr>
            <w:r>
              <w:rPr>
                <w:i/>
                <w:sz w:val="19"/>
              </w:rPr>
              <w:t>How did you set expectations, allocate work and help people feel valued? Maximum 400 words</w:t>
            </w:r>
          </w:p>
        </w:tc>
      </w:tr>
    </w:tbl>
    <w:p w14:paraId="0C47D77C" w14:textId="77777777" w:rsidR="007563BF" w:rsidRDefault="007563BF" w:rsidP="007563BF"/>
    <w:p w14:paraId="3B2260E7" w14:textId="77777777" w:rsidR="007563BF" w:rsidRDefault="007563BF" w:rsidP="007563BF">
      <w:r>
        <w:t>______________________________________________________________________________________________</w:t>
      </w:r>
    </w:p>
    <w:p w14:paraId="30EC41E1" w14:textId="77777777" w:rsidR="007563BF" w:rsidRDefault="007563BF" w:rsidP="007563BF">
      <w:r>
        <w:t>_______________________________________________________________________________________________</w:t>
      </w:r>
    </w:p>
    <w:p w14:paraId="72A824E9" w14:textId="77777777" w:rsidR="007563BF" w:rsidRDefault="007563BF" w:rsidP="007563BF">
      <w:r>
        <w:t>_______________________________________________________________________________________________</w:t>
      </w:r>
    </w:p>
    <w:p w14:paraId="379CE61F" w14:textId="77777777" w:rsidR="007563BF" w:rsidRDefault="007563BF" w:rsidP="007563BF">
      <w:r>
        <w:t>_______________________________________________________________________________________________</w:t>
      </w:r>
    </w:p>
    <w:p w14:paraId="19350742" w14:textId="77777777" w:rsidR="007563BF" w:rsidRDefault="007563BF" w:rsidP="007563BF">
      <w:pPr>
        <w:spacing w:after="20"/>
      </w:pPr>
    </w:p>
    <w:p w14:paraId="22643A35" w14:textId="77777777" w:rsidR="007563BF" w:rsidRDefault="007563BF" w:rsidP="007563BF">
      <w:r>
        <w:br w:type="page"/>
      </w:r>
      <w:r>
        <w:lastRenderedPageBreak/>
        <w:t>Family Support and Development Coordinator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080"/>
      </w:tblGrid>
      <w:tr w:rsidR="007563BF" w14:paraId="2827D84B" w14:textId="77777777" w:rsidTr="00C6672B">
        <w:trPr>
          <w:cantSplit/>
          <w:jc w:val="center"/>
        </w:trPr>
        <w:tc>
          <w:tcPr>
            <w:tcW w:w="10080" w:type="dxa"/>
            <w:shd w:val="clear" w:color="auto" w:fill="EAF3F2"/>
            <w:tcMar>
              <w:top w:w="110" w:type="dxa"/>
              <w:left w:w="130" w:type="dxa"/>
              <w:bottom w:w="110" w:type="dxa"/>
              <w:right w:w="130" w:type="dxa"/>
            </w:tcMar>
            <w:vAlign w:val="center"/>
          </w:tcPr>
          <w:p w14:paraId="7A19C4D0" w14:textId="77777777" w:rsidR="007563BF" w:rsidRDefault="007563BF" w:rsidP="00C6672B">
            <w:pPr>
              <w:spacing w:after="20" w:line="240" w:lineRule="auto"/>
            </w:pPr>
            <w:r>
              <w:rPr>
                <w:b/>
              </w:rPr>
              <w:t>5</w:t>
            </w:r>
            <w:proofErr w:type="gramStart"/>
            <w:r>
              <w:rPr>
                <w:b/>
              </w:rPr>
              <w:t>B  Describe</w:t>
            </w:r>
            <w:proofErr w:type="gramEnd"/>
            <w:r>
              <w:rPr>
                <w:b/>
              </w:rPr>
              <w:t xml:space="preserve"> a time you assessed someone's needs and made a judgement-based decision about support.</w:t>
            </w:r>
          </w:p>
          <w:p w14:paraId="49A05D4B" w14:textId="77777777" w:rsidR="007563BF" w:rsidRDefault="007563BF" w:rsidP="00C6672B">
            <w:pPr>
              <w:spacing w:after="20" w:line="240" w:lineRule="auto"/>
            </w:pPr>
            <w:r>
              <w:rPr>
                <w:i/>
                <w:sz w:val="19"/>
              </w:rPr>
              <w:t>How did you gather information, consider risk or safeguarding, and communicate the outcome? Maximum 500 words</w:t>
            </w:r>
          </w:p>
        </w:tc>
      </w:tr>
    </w:tbl>
    <w:p w14:paraId="1BA18B1E" w14:textId="77777777" w:rsidR="007563BF" w:rsidRDefault="007563BF" w:rsidP="007563BF"/>
    <w:p w14:paraId="1F62B785" w14:textId="77777777" w:rsidR="007563BF" w:rsidRDefault="007563BF" w:rsidP="007563BF">
      <w:r>
        <w:t>______________________________________________________________________________________________</w:t>
      </w:r>
    </w:p>
    <w:p w14:paraId="292736F2" w14:textId="77777777" w:rsidR="007563BF" w:rsidRDefault="007563BF" w:rsidP="007563BF">
      <w:r>
        <w:t>_______________________________________________________________________________________________</w:t>
      </w:r>
    </w:p>
    <w:p w14:paraId="60739C48" w14:textId="77777777" w:rsidR="007563BF" w:rsidRDefault="007563BF" w:rsidP="007563BF">
      <w:r>
        <w:t>_______________________________________________________________________________________________</w:t>
      </w:r>
    </w:p>
    <w:p w14:paraId="4E3F631A" w14:textId="77777777" w:rsidR="007563BF" w:rsidRDefault="007563BF" w:rsidP="007563BF">
      <w:r>
        <w:t>_______________________________________________________________________________________________</w:t>
      </w:r>
    </w:p>
    <w:p w14:paraId="70C9BA54" w14:textId="77777777" w:rsidR="007563BF" w:rsidRDefault="007563BF" w:rsidP="007563BF">
      <w:pPr>
        <w:spacing w:after="20"/>
      </w:pP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080"/>
      </w:tblGrid>
      <w:tr w:rsidR="007563BF" w14:paraId="7CCABDF9" w14:textId="77777777" w:rsidTr="00C6672B">
        <w:trPr>
          <w:cantSplit/>
          <w:jc w:val="center"/>
        </w:trPr>
        <w:tc>
          <w:tcPr>
            <w:tcW w:w="10080" w:type="dxa"/>
            <w:shd w:val="clear" w:color="auto" w:fill="EAF3F2"/>
            <w:tcMar>
              <w:top w:w="110" w:type="dxa"/>
              <w:left w:w="130" w:type="dxa"/>
              <w:bottom w:w="110" w:type="dxa"/>
              <w:right w:w="130" w:type="dxa"/>
            </w:tcMar>
            <w:vAlign w:val="center"/>
          </w:tcPr>
          <w:p w14:paraId="05FE1936" w14:textId="77777777" w:rsidR="007563BF" w:rsidRDefault="007563BF" w:rsidP="00C6672B">
            <w:pPr>
              <w:spacing w:after="20" w:line="240" w:lineRule="auto"/>
            </w:pPr>
            <w:r>
              <w:rPr>
                <w:b/>
              </w:rPr>
              <w:t>6</w:t>
            </w:r>
            <w:proofErr w:type="gramStart"/>
            <w:r>
              <w:rPr>
                <w:b/>
              </w:rPr>
              <w:t>B  Give</w:t>
            </w:r>
            <w:proofErr w:type="gramEnd"/>
            <w:r>
              <w:rPr>
                <w:b/>
              </w:rPr>
              <w:t xml:space="preserve"> an example of working with professionals or partner </w:t>
            </w:r>
            <w:proofErr w:type="spellStart"/>
            <w:r>
              <w:rPr>
                <w:b/>
              </w:rPr>
              <w:t>organisations</w:t>
            </w:r>
            <w:proofErr w:type="spellEnd"/>
            <w:r>
              <w:rPr>
                <w:b/>
              </w:rPr>
              <w:t xml:space="preserve"> to improve support or develop a service.</w:t>
            </w:r>
          </w:p>
          <w:p w14:paraId="0019E74A" w14:textId="77777777" w:rsidR="007563BF" w:rsidRDefault="007563BF" w:rsidP="00C6672B">
            <w:pPr>
              <w:spacing w:after="20" w:line="240" w:lineRule="auto"/>
            </w:pPr>
            <w:r>
              <w:rPr>
                <w:i/>
                <w:sz w:val="19"/>
              </w:rPr>
              <w:t>What was your contribution and what changed as a result? Maximum 400 words</w:t>
            </w:r>
          </w:p>
        </w:tc>
      </w:tr>
    </w:tbl>
    <w:p w14:paraId="08E6ED3A" w14:textId="77777777" w:rsidR="007563BF" w:rsidRDefault="007563BF" w:rsidP="007563BF"/>
    <w:p w14:paraId="1E277D40" w14:textId="77777777" w:rsidR="007563BF" w:rsidRDefault="007563BF" w:rsidP="007563BF">
      <w:r>
        <w:t>______________________________________________________________________________________________</w:t>
      </w:r>
    </w:p>
    <w:p w14:paraId="6BFCB60C" w14:textId="77777777" w:rsidR="007563BF" w:rsidRDefault="007563BF" w:rsidP="007563BF">
      <w:r>
        <w:t>_______________________________________________________________________________________________</w:t>
      </w:r>
    </w:p>
    <w:p w14:paraId="58E0D43B" w14:textId="77777777" w:rsidR="007563BF" w:rsidRDefault="007563BF" w:rsidP="007563BF">
      <w:r>
        <w:t>_______________________________________________________________________________________________</w:t>
      </w:r>
    </w:p>
    <w:p w14:paraId="443ACE99" w14:textId="77777777" w:rsidR="007563BF" w:rsidRDefault="007563BF" w:rsidP="007563BF">
      <w:r>
        <w:t>_______________________________________________________________________________________________</w:t>
      </w:r>
    </w:p>
    <w:p w14:paraId="1F14A464" w14:textId="77777777" w:rsidR="007563BF" w:rsidRDefault="007563BF" w:rsidP="007563BF">
      <w:pPr>
        <w:spacing w:after="20"/>
      </w:pPr>
    </w:p>
    <w:p w14:paraId="75F35DE0" w14:textId="77777777" w:rsidR="007563BF" w:rsidRDefault="007563BF" w:rsidP="007563BF">
      <w:r>
        <w:br w:type="page"/>
      </w:r>
    </w:p>
    <w:p w14:paraId="14655A81" w14:textId="77777777" w:rsidR="007563BF" w:rsidRDefault="007563BF" w:rsidP="007563BF">
      <w:pPr>
        <w:pStyle w:val="Heading1"/>
      </w:pPr>
      <w:r>
        <w:lastRenderedPageBreak/>
        <w:t>Relevant training and qualifications</w:t>
      </w:r>
    </w:p>
    <w:p w14:paraId="0F4DD1B8" w14:textId="77777777" w:rsidR="007563BF" w:rsidRDefault="007563BF" w:rsidP="007563BF">
      <w:pPr>
        <w:spacing w:after="160"/>
      </w:pPr>
      <w:r>
        <w:t>Include any relevant qualifications, safeguarding training, first aid, manual handling, data protection or other professional development.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888"/>
        <w:gridCol w:w="2448"/>
        <w:gridCol w:w="1656"/>
        <w:gridCol w:w="1656"/>
      </w:tblGrid>
      <w:tr w:rsidR="007563BF" w14:paraId="17ECE65C" w14:textId="77777777" w:rsidTr="00C6672B">
        <w:trPr>
          <w:cantSplit/>
          <w:jc w:val="center"/>
        </w:trPr>
        <w:tc>
          <w:tcPr>
            <w:tcW w:w="3888" w:type="dxa"/>
            <w:shd w:val="clear" w:color="auto" w:fill="315C59"/>
            <w:tcMar>
              <w:top w:w="110" w:type="dxa"/>
              <w:left w:w="130" w:type="dxa"/>
              <w:bottom w:w="110" w:type="dxa"/>
              <w:right w:w="130" w:type="dxa"/>
            </w:tcMar>
            <w:vAlign w:val="center"/>
          </w:tcPr>
          <w:p w14:paraId="377344EE" w14:textId="77777777" w:rsidR="007563BF" w:rsidRDefault="007563BF" w:rsidP="00C6672B">
            <w:pPr>
              <w:spacing w:after="20" w:line="240" w:lineRule="auto"/>
            </w:pPr>
            <w:proofErr w:type="gramStart"/>
            <w:r>
              <w:rPr>
                <w:b/>
                <w:color w:val="FFFFFF"/>
              </w:rPr>
              <w:t>Qualification</w:t>
            </w:r>
            <w:proofErr w:type="gramEnd"/>
            <w:r>
              <w:rPr>
                <w:b/>
                <w:color w:val="FFFFFF"/>
              </w:rPr>
              <w:t xml:space="preserve"> or training</w:t>
            </w:r>
          </w:p>
        </w:tc>
        <w:tc>
          <w:tcPr>
            <w:tcW w:w="2448" w:type="dxa"/>
            <w:shd w:val="clear" w:color="auto" w:fill="315C59"/>
            <w:tcMar>
              <w:top w:w="110" w:type="dxa"/>
              <w:left w:w="130" w:type="dxa"/>
              <w:bottom w:w="110" w:type="dxa"/>
              <w:right w:w="130" w:type="dxa"/>
            </w:tcMar>
            <w:vAlign w:val="center"/>
          </w:tcPr>
          <w:p w14:paraId="5C282411" w14:textId="77777777" w:rsidR="007563BF" w:rsidRDefault="007563BF" w:rsidP="00C6672B">
            <w:pPr>
              <w:spacing w:after="20" w:line="240" w:lineRule="auto"/>
            </w:pPr>
            <w:r>
              <w:rPr>
                <w:b/>
                <w:color w:val="FFFFFF"/>
              </w:rPr>
              <w:t>Provider</w:t>
            </w:r>
          </w:p>
        </w:tc>
        <w:tc>
          <w:tcPr>
            <w:tcW w:w="1656" w:type="dxa"/>
            <w:shd w:val="clear" w:color="auto" w:fill="315C59"/>
            <w:tcMar>
              <w:top w:w="110" w:type="dxa"/>
              <w:left w:w="130" w:type="dxa"/>
              <w:bottom w:w="110" w:type="dxa"/>
              <w:right w:w="130" w:type="dxa"/>
            </w:tcMar>
            <w:vAlign w:val="center"/>
          </w:tcPr>
          <w:p w14:paraId="0AFC9691" w14:textId="77777777" w:rsidR="007563BF" w:rsidRDefault="007563BF" w:rsidP="00C6672B">
            <w:pPr>
              <w:spacing w:after="20" w:line="240" w:lineRule="auto"/>
            </w:pPr>
            <w:r>
              <w:rPr>
                <w:b/>
                <w:color w:val="FFFFFF"/>
              </w:rPr>
              <w:t>Date completed</w:t>
            </w:r>
          </w:p>
        </w:tc>
        <w:tc>
          <w:tcPr>
            <w:tcW w:w="1656" w:type="dxa"/>
            <w:shd w:val="clear" w:color="auto" w:fill="315C59"/>
            <w:tcMar>
              <w:top w:w="110" w:type="dxa"/>
              <w:left w:w="130" w:type="dxa"/>
              <w:bottom w:w="110" w:type="dxa"/>
              <w:right w:w="130" w:type="dxa"/>
            </w:tcMar>
            <w:vAlign w:val="center"/>
          </w:tcPr>
          <w:p w14:paraId="1728EBDB" w14:textId="77777777" w:rsidR="007563BF" w:rsidRDefault="007563BF" w:rsidP="00C6672B">
            <w:pPr>
              <w:spacing w:after="20" w:line="240" w:lineRule="auto"/>
            </w:pPr>
            <w:r>
              <w:rPr>
                <w:b/>
                <w:color w:val="FFFFFF"/>
              </w:rPr>
              <w:t>Expiry if applicable</w:t>
            </w:r>
          </w:p>
        </w:tc>
      </w:tr>
      <w:tr w:rsidR="007563BF" w14:paraId="06A1C771" w14:textId="77777777" w:rsidTr="00C6672B">
        <w:trPr>
          <w:cantSplit/>
          <w:jc w:val="center"/>
        </w:trPr>
        <w:tc>
          <w:tcPr>
            <w:tcW w:w="3888" w:type="dxa"/>
            <w:tcMar>
              <w:top w:w="110" w:type="dxa"/>
              <w:left w:w="130" w:type="dxa"/>
              <w:bottom w:w="110" w:type="dxa"/>
              <w:right w:w="130" w:type="dxa"/>
            </w:tcMar>
            <w:vAlign w:val="center"/>
          </w:tcPr>
          <w:p w14:paraId="764E1AEE" w14:textId="77777777" w:rsidR="007563BF" w:rsidRDefault="007563BF" w:rsidP="00C6672B">
            <w:pPr>
              <w:spacing w:after="20" w:line="240" w:lineRule="auto"/>
            </w:pPr>
            <w:r>
              <w:br/>
            </w:r>
          </w:p>
        </w:tc>
        <w:tc>
          <w:tcPr>
            <w:tcW w:w="2448" w:type="dxa"/>
            <w:tcMar>
              <w:top w:w="110" w:type="dxa"/>
              <w:left w:w="130" w:type="dxa"/>
              <w:bottom w:w="110" w:type="dxa"/>
              <w:right w:w="130" w:type="dxa"/>
            </w:tcMar>
            <w:vAlign w:val="center"/>
          </w:tcPr>
          <w:p w14:paraId="2D6C0F8D" w14:textId="77777777" w:rsidR="007563BF" w:rsidRDefault="007563BF" w:rsidP="00C6672B">
            <w:pPr>
              <w:spacing w:after="20" w:line="240" w:lineRule="auto"/>
            </w:pPr>
            <w:r>
              <w:br/>
            </w:r>
          </w:p>
        </w:tc>
        <w:tc>
          <w:tcPr>
            <w:tcW w:w="1656" w:type="dxa"/>
            <w:tcMar>
              <w:top w:w="110" w:type="dxa"/>
              <w:left w:w="130" w:type="dxa"/>
              <w:bottom w:w="110" w:type="dxa"/>
              <w:right w:w="130" w:type="dxa"/>
            </w:tcMar>
            <w:vAlign w:val="center"/>
          </w:tcPr>
          <w:p w14:paraId="259D6E10" w14:textId="77777777" w:rsidR="007563BF" w:rsidRDefault="007563BF" w:rsidP="00C6672B">
            <w:pPr>
              <w:spacing w:after="20" w:line="240" w:lineRule="auto"/>
            </w:pPr>
            <w:r>
              <w:br/>
            </w:r>
          </w:p>
        </w:tc>
        <w:tc>
          <w:tcPr>
            <w:tcW w:w="1656" w:type="dxa"/>
            <w:tcMar>
              <w:top w:w="110" w:type="dxa"/>
              <w:left w:w="130" w:type="dxa"/>
              <w:bottom w:w="110" w:type="dxa"/>
              <w:right w:w="130" w:type="dxa"/>
            </w:tcMar>
            <w:vAlign w:val="center"/>
          </w:tcPr>
          <w:p w14:paraId="23942D7D" w14:textId="77777777" w:rsidR="007563BF" w:rsidRDefault="007563BF" w:rsidP="00C6672B">
            <w:pPr>
              <w:spacing w:after="20" w:line="240" w:lineRule="auto"/>
            </w:pPr>
            <w:r>
              <w:br/>
            </w:r>
          </w:p>
        </w:tc>
      </w:tr>
      <w:tr w:rsidR="007563BF" w14:paraId="1CD6E476" w14:textId="77777777" w:rsidTr="00C6672B">
        <w:trPr>
          <w:cantSplit/>
          <w:jc w:val="center"/>
        </w:trPr>
        <w:tc>
          <w:tcPr>
            <w:tcW w:w="3888" w:type="dxa"/>
            <w:shd w:val="clear" w:color="auto" w:fill="F7FAFA"/>
            <w:tcMar>
              <w:top w:w="110" w:type="dxa"/>
              <w:left w:w="130" w:type="dxa"/>
              <w:bottom w:w="110" w:type="dxa"/>
              <w:right w:w="130" w:type="dxa"/>
            </w:tcMar>
            <w:vAlign w:val="center"/>
          </w:tcPr>
          <w:p w14:paraId="076CE1EB" w14:textId="77777777" w:rsidR="007563BF" w:rsidRDefault="007563BF" w:rsidP="00C6672B">
            <w:pPr>
              <w:spacing w:after="20" w:line="240" w:lineRule="auto"/>
            </w:pPr>
            <w:r>
              <w:br/>
            </w:r>
          </w:p>
        </w:tc>
        <w:tc>
          <w:tcPr>
            <w:tcW w:w="2448" w:type="dxa"/>
            <w:shd w:val="clear" w:color="auto" w:fill="F7FAFA"/>
            <w:tcMar>
              <w:top w:w="110" w:type="dxa"/>
              <w:left w:w="130" w:type="dxa"/>
              <w:bottom w:w="110" w:type="dxa"/>
              <w:right w:w="130" w:type="dxa"/>
            </w:tcMar>
            <w:vAlign w:val="center"/>
          </w:tcPr>
          <w:p w14:paraId="772399C2" w14:textId="77777777" w:rsidR="007563BF" w:rsidRDefault="007563BF" w:rsidP="00C6672B">
            <w:pPr>
              <w:spacing w:after="20" w:line="240" w:lineRule="auto"/>
            </w:pPr>
            <w:r>
              <w:br/>
            </w:r>
          </w:p>
        </w:tc>
        <w:tc>
          <w:tcPr>
            <w:tcW w:w="1656" w:type="dxa"/>
            <w:shd w:val="clear" w:color="auto" w:fill="F7FAFA"/>
            <w:tcMar>
              <w:top w:w="110" w:type="dxa"/>
              <w:left w:w="130" w:type="dxa"/>
              <w:bottom w:w="110" w:type="dxa"/>
              <w:right w:w="130" w:type="dxa"/>
            </w:tcMar>
            <w:vAlign w:val="center"/>
          </w:tcPr>
          <w:p w14:paraId="2BCE99D2" w14:textId="77777777" w:rsidR="007563BF" w:rsidRDefault="007563BF" w:rsidP="00C6672B">
            <w:pPr>
              <w:spacing w:after="20" w:line="240" w:lineRule="auto"/>
            </w:pPr>
            <w:r>
              <w:br/>
            </w:r>
          </w:p>
        </w:tc>
        <w:tc>
          <w:tcPr>
            <w:tcW w:w="1656" w:type="dxa"/>
            <w:shd w:val="clear" w:color="auto" w:fill="F7FAFA"/>
            <w:tcMar>
              <w:top w:w="110" w:type="dxa"/>
              <w:left w:w="130" w:type="dxa"/>
              <w:bottom w:w="110" w:type="dxa"/>
              <w:right w:w="130" w:type="dxa"/>
            </w:tcMar>
            <w:vAlign w:val="center"/>
          </w:tcPr>
          <w:p w14:paraId="2FEFC7F6" w14:textId="77777777" w:rsidR="007563BF" w:rsidRDefault="007563BF" w:rsidP="00C6672B">
            <w:pPr>
              <w:spacing w:after="20" w:line="240" w:lineRule="auto"/>
            </w:pPr>
            <w:r>
              <w:br/>
            </w:r>
          </w:p>
        </w:tc>
      </w:tr>
      <w:tr w:rsidR="007563BF" w14:paraId="24782A37" w14:textId="77777777" w:rsidTr="00C6672B">
        <w:trPr>
          <w:cantSplit/>
          <w:jc w:val="center"/>
        </w:trPr>
        <w:tc>
          <w:tcPr>
            <w:tcW w:w="3888" w:type="dxa"/>
            <w:tcMar>
              <w:top w:w="110" w:type="dxa"/>
              <w:left w:w="130" w:type="dxa"/>
              <w:bottom w:w="110" w:type="dxa"/>
              <w:right w:w="130" w:type="dxa"/>
            </w:tcMar>
            <w:vAlign w:val="center"/>
          </w:tcPr>
          <w:p w14:paraId="7B075044" w14:textId="77777777" w:rsidR="007563BF" w:rsidRDefault="007563BF" w:rsidP="00C6672B">
            <w:pPr>
              <w:spacing w:after="20" w:line="240" w:lineRule="auto"/>
            </w:pPr>
            <w:r>
              <w:br/>
            </w:r>
          </w:p>
        </w:tc>
        <w:tc>
          <w:tcPr>
            <w:tcW w:w="2448" w:type="dxa"/>
            <w:tcMar>
              <w:top w:w="110" w:type="dxa"/>
              <w:left w:w="130" w:type="dxa"/>
              <w:bottom w:w="110" w:type="dxa"/>
              <w:right w:w="130" w:type="dxa"/>
            </w:tcMar>
            <w:vAlign w:val="center"/>
          </w:tcPr>
          <w:p w14:paraId="629F32E4" w14:textId="77777777" w:rsidR="007563BF" w:rsidRDefault="007563BF" w:rsidP="00C6672B">
            <w:pPr>
              <w:spacing w:after="20" w:line="240" w:lineRule="auto"/>
            </w:pPr>
            <w:r>
              <w:br/>
            </w:r>
          </w:p>
        </w:tc>
        <w:tc>
          <w:tcPr>
            <w:tcW w:w="1656" w:type="dxa"/>
            <w:tcMar>
              <w:top w:w="110" w:type="dxa"/>
              <w:left w:w="130" w:type="dxa"/>
              <w:bottom w:w="110" w:type="dxa"/>
              <w:right w:w="130" w:type="dxa"/>
            </w:tcMar>
            <w:vAlign w:val="center"/>
          </w:tcPr>
          <w:p w14:paraId="10704E24" w14:textId="77777777" w:rsidR="007563BF" w:rsidRDefault="007563BF" w:rsidP="00C6672B">
            <w:pPr>
              <w:spacing w:after="20" w:line="240" w:lineRule="auto"/>
            </w:pPr>
            <w:r>
              <w:br/>
            </w:r>
          </w:p>
        </w:tc>
        <w:tc>
          <w:tcPr>
            <w:tcW w:w="1656" w:type="dxa"/>
            <w:tcMar>
              <w:top w:w="110" w:type="dxa"/>
              <w:left w:w="130" w:type="dxa"/>
              <w:bottom w:w="110" w:type="dxa"/>
              <w:right w:w="130" w:type="dxa"/>
            </w:tcMar>
            <w:vAlign w:val="center"/>
          </w:tcPr>
          <w:p w14:paraId="3F72717A" w14:textId="77777777" w:rsidR="007563BF" w:rsidRDefault="007563BF" w:rsidP="00C6672B">
            <w:pPr>
              <w:spacing w:after="20" w:line="240" w:lineRule="auto"/>
            </w:pPr>
            <w:r>
              <w:br/>
            </w:r>
          </w:p>
        </w:tc>
      </w:tr>
      <w:tr w:rsidR="007563BF" w14:paraId="2FC27A23" w14:textId="77777777" w:rsidTr="00C6672B">
        <w:trPr>
          <w:cantSplit/>
          <w:jc w:val="center"/>
        </w:trPr>
        <w:tc>
          <w:tcPr>
            <w:tcW w:w="3888" w:type="dxa"/>
            <w:shd w:val="clear" w:color="auto" w:fill="F7FAFA"/>
            <w:tcMar>
              <w:top w:w="110" w:type="dxa"/>
              <w:left w:w="130" w:type="dxa"/>
              <w:bottom w:w="110" w:type="dxa"/>
              <w:right w:w="130" w:type="dxa"/>
            </w:tcMar>
            <w:vAlign w:val="center"/>
          </w:tcPr>
          <w:p w14:paraId="30F8521A" w14:textId="77777777" w:rsidR="007563BF" w:rsidRDefault="007563BF" w:rsidP="00C6672B">
            <w:pPr>
              <w:spacing w:after="20" w:line="240" w:lineRule="auto"/>
            </w:pPr>
            <w:r>
              <w:br/>
            </w:r>
          </w:p>
        </w:tc>
        <w:tc>
          <w:tcPr>
            <w:tcW w:w="2448" w:type="dxa"/>
            <w:shd w:val="clear" w:color="auto" w:fill="F7FAFA"/>
            <w:tcMar>
              <w:top w:w="110" w:type="dxa"/>
              <w:left w:w="130" w:type="dxa"/>
              <w:bottom w:w="110" w:type="dxa"/>
              <w:right w:w="130" w:type="dxa"/>
            </w:tcMar>
            <w:vAlign w:val="center"/>
          </w:tcPr>
          <w:p w14:paraId="41728C48" w14:textId="77777777" w:rsidR="007563BF" w:rsidRDefault="007563BF" w:rsidP="00C6672B">
            <w:pPr>
              <w:spacing w:after="20" w:line="240" w:lineRule="auto"/>
            </w:pPr>
            <w:r>
              <w:br/>
            </w:r>
          </w:p>
        </w:tc>
        <w:tc>
          <w:tcPr>
            <w:tcW w:w="1656" w:type="dxa"/>
            <w:shd w:val="clear" w:color="auto" w:fill="F7FAFA"/>
            <w:tcMar>
              <w:top w:w="110" w:type="dxa"/>
              <w:left w:w="130" w:type="dxa"/>
              <w:bottom w:w="110" w:type="dxa"/>
              <w:right w:w="130" w:type="dxa"/>
            </w:tcMar>
            <w:vAlign w:val="center"/>
          </w:tcPr>
          <w:p w14:paraId="627C8204" w14:textId="77777777" w:rsidR="007563BF" w:rsidRDefault="007563BF" w:rsidP="00C6672B">
            <w:pPr>
              <w:spacing w:after="20" w:line="240" w:lineRule="auto"/>
            </w:pPr>
            <w:r>
              <w:br/>
            </w:r>
          </w:p>
        </w:tc>
        <w:tc>
          <w:tcPr>
            <w:tcW w:w="1656" w:type="dxa"/>
            <w:shd w:val="clear" w:color="auto" w:fill="F7FAFA"/>
            <w:tcMar>
              <w:top w:w="110" w:type="dxa"/>
              <w:left w:w="130" w:type="dxa"/>
              <w:bottom w:w="110" w:type="dxa"/>
              <w:right w:w="130" w:type="dxa"/>
            </w:tcMar>
            <w:vAlign w:val="center"/>
          </w:tcPr>
          <w:p w14:paraId="5D94C7D1" w14:textId="77777777" w:rsidR="007563BF" w:rsidRDefault="007563BF" w:rsidP="00C6672B">
            <w:pPr>
              <w:spacing w:after="20" w:line="240" w:lineRule="auto"/>
            </w:pPr>
            <w:r>
              <w:br/>
            </w:r>
          </w:p>
        </w:tc>
      </w:tr>
      <w:tr w:rsidR="007563BF" w14:paraId="1ACD9B40" w14:textId="77777777" w:rsidTr="00C6672B">
        <w:trPr>
          <w:cantSplit/>
          <w:jc w:val="center"/>
        </w:trPr>
        <w:tc>
          <w:tcPr>
            <w:tcW w:w="3888" w:type="dxa"/>
            <w:tcMar>
              <w:top w:w="110" w:type="dxa"/>
              <w:left w:w="130" w:type="dxa"/>
              <w:bottom w:w="110" w:type="dxa"/>
              <w:right w:w="130" w:type="dxa"/>
            </w:tcMar>
            <w:vAlign w:val="center"/>
          </w:tcPr>
          <w:p w14:paraId="52D4690E" w14:textId="77777777" w:rsidR="007563BF" w:rsidRDefault="007563BF" w:rsidP="00C6672B">
            <w:pPr>
              <w:spacing w:after="20" w:line="240" w:lineRule="auto"/>
            </w:pPr>
            <w:r>
              <w:br/>
            </w:r>
          </w:p>
        </w:tc>
        <w:tc>
          <w:tcPr>
            <w:tcW w:w="2448" w:type="dxa"/>
            <w:tcMar>
              <w:top w:w="110" w:type="dxa"/>
              <w:left w:w="130" w:type="dxa"/>
              <w:bottom w:w="110" w:type="dxa"/>
              <w:right w:w="130" w:type="dxa"/>
            </w:tcMar>
            <w:vAlign w:val="center"/>
          </w:tcPr>
          <w:p w14:paraId="39CF1DD8" w14:textId="77777777" w:rsidR="007563BF" w:rsidRDefault="007563BF" w:rsidP="00C6672B">
            <w:pPr>
              <w:spacing w:after="20" w:line="240" w:lineRule="auto"/>
            </w:pPr>
            <w:r>
              <w:br/>
            </w:r>
          </w:p>
        </w:tc>
        <w:tc>
          <w:tcPr>
            <w:tcW w:w="1656" w:type="dxa"/>
            <w:tcMar>
              <w:top w:w="110" w:type="dxa"/>
              <w:left w:w="130" w:type="dxa"/>
              <w:bottom w:w="110" w:type="dxa"/>
              <w:right w:w="130" w:type="dxa"/>
            </w:tcMar>
            <w:vAlign w:val="center"/>
          </w:tcPr>
          <w:p w14:paraId="59B8C68D" w14:textId="77777777" w:rsidR="007563BF" w:rsidRDefault="007563BF" w:rsidP="00C6672B">
            <w:pPr>
              <w:spacing w:after="20" w:line="240" w:lineRule="auto"/>
            </w:pPr>
            <w:r>
              <w:br/>
            </w:r>
          </w:p>
        </w:tc>
        <w:tc>
          <w:tcPr>
            <w:tcW w:w="1656" w:type="dxa"/>
            <w:tcMar>
              <w:top w:w="110" w:type="dxa"/>
              <w:left w:w="130" w:type="dxa"/>
              <w:bottom w:w="110" w:type="dxa"/>
              <w:right w:w="130" w:type="dxa"/>
            </w:tcMar>
            <w:vAlign w:val="center"/>
          </w:tcPr>
          <w:p w14:paraId="20A5FC52" w14:textId="77777777" w:rsidR="007563BF" w:rsidRDefault="007563BF" w:rsidP="00C6672B">
            <w:pPr>
              <w:spacing w:after="20" w:line="240" w:lineRule="auto"/>
            </w:pPr>
            <w:r>
              <w:br/>
            </w:r>
          </w:p>
        </w:tc>
      </w:tr>
      <w:tr w:rsidR="007563BF" w14:paraId="0E88B282" w14:textId="77777777" w:rsidTr="00C6672B">
        <w:trPr>
          <w:cantSplit/>
          <w:jc w:val="center"/>
        </w:trPr>
        <w:tc>
          <w:tcPr>
            <w:tcW w:w="3888" w:type="dxa"/>
            <w:shd w:val="clear" w:color="auto" w:fill="F7FAFA"/>
            <w:tcMar>
              <w:top w:w="110" w:type="dxa"/>
              <w:left w:w="130" w:type="dxa"/>
              <w:bottom w:w="110" w:type="dxa"/>
              <w:right w:w="130" w:type="dxa"/>
            </w:tcMar>
            <w:vAlign w:val="center"/>
          </w:tcPr>
          <w:p w14:paraId="5CC9A856" w14:textId="77777777" w:rsidR="007563BF" w:rsidRDefault="007563BF" w:rsidP="00C6672B">
            <w:pPr>
              <w:spacing w:after="20" w:line="240" w:lineRule="auto"/>
            </w:pPr>
            <w:r>
              <w:br/>
            </w:r>
          </w:p>
        </w:tc>
        <w:tc>
          <w:tcPr>
            <w:tcW w:w="2448" w:type="dxa"/>
            <w:shd w:val="clear" w:color="auto" w:fill="F7FAFA"/>
            <w:tcMar>
              <w:top w:w="110" w:type="dxa"/>
              <w:left w:w="130" w:type="dxa"/>
              <w:bottom w:w="110" w:type="dxa"/>
              <w:right w:w="130" w:type="dxa"/>
            </w:tcMar>
            <w:vAlign w:val="center"/>
          </w:tcPr>
          <w:p w14:paraId="3F4BCD06" w14:textId="77777777" w:rsidR="007563BF" w:rsidRDefault="007563BF" w:rsidP="00C6672B">
            <w:pPr>
              <w:spacing w:after="20" w:line="240" w:lineRule="auto"/>
            </w:pPr>
            <w:r>
              <w:br/>
            </w:r>
          </w:p>
        </w:tc>
        <w:tc>
          <w:tcPr>
            <w:tcW w:w="1656" w:type="dxa"/>
            <w:shd w:val="clear" w:color="auto" w:fill="F7FAFA"/>
            <w:tcMar>
              <w:top w:w="110" w:type="dxa"/>
              <w:left w:w="130" w:type="dxa"/>
              <w:bottom w:w="110" w:type="dxa"/>
              <w:right w:w="130" w:type="dxa"/>
            </w:tcMar>
            <w:vAlign w:val="center"/>
          </w:tcPr>
          <w:p w14:paraId="5A053A97" w14:textId="77777777" w:rsidR="007563BF" w:rsidRDefault="007563BF" w:rsidP="00C6672B">
            <w:pPr>
              <w:spacing w:after="20" w:line="240" w:lineRule="auto"/>
            </w:pPr>
            <w:r>
              <w:br/>
            </w:r>
          </w:p>
        </w:tc>
        <w:tc>
          <w:tcPr>
            <w:tcW w:w="1656" w:type="dxa"/>
            <w:shd w:val="clear" w:color="auto" w:fill="F7FAFA"/>
            <w:tcMar>
              <w:top w:w="110" w:type="dxa"/>
              <w:left w:w="130" w:type="dxa"/>
              <w:bottom w:w="110" w:type="dxa"/>
              <w:right w:w="130" w:type="dxa"/>
            </w:tcMar>
            <w:vAlign w:val="center"/>
          </w:tcPr>
          <w:p w14:paraId="15A5A3C6" w14:textId="77777777" w:rsidR="007563BF" w:rsidRDefault="007563BF" w:rsidP="00C6672B">
            <w:pPr>
              <w:spacing w:after="20" w:line="240" w:lineRule="auto"/>
            </w:pPr>
            <w:r>
              <w:br/>
            </w:r>
          </w:p>
        </w:tc>
      </w:tr>
    </w:tbl>
    <w:p w14:paraId="2D34D4F5" w14:textId="77777777" w:rsidR="007563BF" w:rsidRDefault="007563BF" w:rsidP="007563BF">
      <w:pPr>
        <w:pStyle w:val="Heading1"/>
      </w:pPr>
      <w:r>
        <w:t>References</w:t>
      </w:r>
    </w:p>
    <w:p w14:paraId="5EDA8987" w14:textId="77777777" w:rsidR="007563BF" w:rsidRDefault="007563BF" w:rsidP="007563BF">
      <w:pPr>
        <w:spacing w:after="160"/>
      </w:pPr>
      <w:r>
        <w:t>Please provide two referees. One should normally be your current or most recent employer, manager or volunteer supervisor. We will not contact referees before interview without your permission.</w:t>
      </w:r>
    </w:p>
    <w:p w14:paraId="00DAE7AC" w14:textId="77777777" w:rsidR="007563BF" w:rsidRDefault="007563BF" w:rsidP="007563BF">
      <w:pPr>
        <w:pStyle w:val="Heading2"/>
      </w:pPr>
      <w:r>
        <w:t>Referee 1</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96"/>
        <w:gridCol w:w="6408"/>
      </w:tblGrid>
      <w:tr w:rsidR="007563BF" w14:paraId="60CBBDC9" w14:textId="77777777" w:rsidTr="00C6672B">
        <w:trPr>
          <w:cantSplit/>
          <w:jc w:val="center"/>
        </w:trPr>
        <w:tc>
          <w:tcPr>
            <w:tcW w:w="3096" w:type="dxa"/>
            <w:shd w:val="clear" w:color="auto" w:fill="EAF3F2"/>
            <w:tcMar>
              <w:top w:w="110" w:type="dxa"/>
              <w:left w:w="130" w:type="dxa"/>
              <w:bottom w:w="110" w:type="dxa"/>
              <w:right w:w="130" w:type="dxa"/>
            </w:tcMar>
            <w:vAlign w:val="center"/>
          </w:tcPr>
          <w:p w14:paraId="68F66CFA" w14:textId="77777777" w:rsidR="007563BF" w:rsidRDefault="007563BF" w:rsidP="00C6672B">
            <w:pPr>
              <w:spacing w:after="20" w:line="240" w:lineRule="auto"/>
            </w:pPr>
            <w:r>
              <w:rPr>
                <w:b/>
              </w:rPr>
              <w:t>Name</w:t>
            </w:r>
          </w:p>
        </w:tc>
        <w:tc>
          <w:tcPr>
            <w:tcW w:w="6408" w:type="dxa"/>
            <w:tcMar>
              <w:top w:w="110" w:type="dxa"/>
              <w:left w:w="130" w:type="dxa"/>
              <w:bottom w:w="110" w:type="dxa"/>
              <w:right w:w="130" w:type="dxa"/>
            </w:tcMar>
            <w:vAlign w:val="center"/>
          </w:tcPr>
          <w:p w14:paraId="50BF9534" w14:textId="77777777" w:rsidR="007563BF" w:rsidRDefault="007563BF" w:rsidP="00C6672B">
            <w:pPr>
              <w:spacing w:after="20" w:line="240" w:lineRule="auto"/>
            </w:pPr>
          </w:p>
        </w:tc>
      </w:tr>
      <w:tr w:rsidR="007563BF" w14:paraId="4C29FAC3" w14:textId="77777777" w:rsidTr="00C6672B">
        <w:trPr>
          <w:cantSplit/>
          <w:jc w:val="center"/>
        </w:trPr>
        <w:tc>
          <w:tcPr>
            <w:tcW w:w="3096" w:type="dxa"/>
            <w:shd w:val="clear" w:color="auto" w:fill="EAF3F2"/>
            <w:tcMar>
              <w:top w:w="110" w:type="dxa"/>
              <w:left w:w="130" w:type="dxa"/>
              <w:bottom w:w="110" w:type="dxa"/>
              <w:right w:w="130" w:type="dxa"/>
            </w:tcMar>
            <w:vAlign w:val="center"/>
          </w:tcPr>
          <w:p w14:paraId="033CB651" w14:textId="77777777" w:rsidR="007563BF" w:rsidRDefault="007563BF" w:rsidP="00C6672B">
            <w:pPr>
              <w:spacing w:after="20" w:line="240" w:lineRule="auto"/>
            </w:pPr>
            <w:proofErr w:type="spellStart"/>
            <w:r>
              <w:rPr>
                <w:b/>
              </w:rPr>
              <w:t>Organisation</w:t>
            </w:r>
            <w:proofErr w:type="spellEnd"/>
            <w:r>
              <w:rPr>
                <w:b/>
              </w:rPr>
              <w:t xml:space="preserve"> and role</w:t>
            </w:r>
          </w:p>
        </w:tc>
        <w:tc>
          <w:tcPr>
            <w:tcW w:w="6408" w:type="dxa"/>
            <w:shd w:val="clear" w:color="auto" w:fill="F7FAFA"/>
            <w:tcMar>
              <w:top w:w="110" w:type="dxa"/>
              <w:left w:w="130" w:type="dxa"/>
              <w:bottom w:w="110" w:type="dxa"/>
              <w:right w:w="130" w:type="dxa"/>
            </w:tcMar>
            <w:vAlign w:val="center"/>
          </w:tcPr>
          <w:p w14:paraId="4B2B034A" w14:textId="77777777" w:rsidR="007563BF" w:rsidRDefault="007563BF" w:rsidP="00C6672B">
            <w:pPr>
              <w:spacing w:after="20" w:line="240" w:lineRule="auto"/>
            </w:pPr>
          </w:p>
        </w:tc>
      </w:tr>
      <w:tr w:rsidR="007563BF" w14:paraId="3661B392" w14:textId="77777777" w:rsidTr="00C6672B">
        <w:trPr>
          <w:cantSplit/>
          <w:jc w:val="center"/>
        </w:trPr>
        <w:tc>
          <w:tcPr>
            <w:tcW w:w="3096" w:type="dxa"/>
            <w:shd w:val="clear" w:color="auto" w:fill="EAF3F2"/>
            <w:tcMar>
              <w:top w:w="110" w:type="dxa"/>
              <w:left w:w="130" w:type="dxa"/>
              <w:bottom w:w="110" w:type="dxa"/>
              <w:right w:w="130" w:type="dxa"/>
            </w:tcMar>
            <w:vAlign w:val="center"/>
          </w:tcPr>
          <w:p w14:paraId="0185E342" w14:textId="77777777" w:rsidR="007563BF" w:rsidRDefault="007563BF" w:rsidP="00C6672B">
            <w:pPr>
              <w:spacing w:after="20" w:line="240" w:lineRule="auto"/>
            </w:pPr>
            <w:r>
              <w:rPr>
                <w:b/>
              </w:rPr>
              <w:t>Relationship to you</w:t>
            </w:r>
          </w:p>
        </w:tc>
        <w:tc>
          <w:tcPr>
            <w:tcW w:w="6408" w:type="dxa"/>
            <w:tcMar>
              <w:top w:w="110" w:type="dxa"/>
              <w:left w:w="130" w:type="dxa"/>
              <w:bottom w:w="110" w:type="dxa"/>
              <w:right w:w="130" w:type="dxa"/>
            </w:tcMar>
            <w:vAlign w:val="center"/>
          </w:tcPr>
          <w:p w14:paraId="086C1B58" w14:textId="77777777" w:rsidR="007563BF" w:rsidRDefault="007563BF" w:rsidP="00C6672B">
            <w:pPr>
              <w:spacing w:after="20" w:line="240" w:lineRule="auto"/>
            </w:pPr>
          </w:p>
        </w:tc>
      </w:tr>
      <w:tr w:rsidR="007563BF" w14:paraId="76276904" w14:textId="77777777" w:rsidTr="00C6672B">
        <w:trPr>
          <w:cantSplit/>
          <w:jc w:val="center"/>
        </w:trPr>
        <w:tc>
          <w:tcPr>
            <w:tcW w:w="3096" w:type="dxa"/>
            <w:shd w:val="clear" w:color="auto" w:fill="EAF3F2"/>
            <w:tcMar>
              <w:top w:w="110" w:type="dxa"/>
              <w:left w:w="130" w:type="dxa"/>
              <w:bottom w:w="110" w:type="dxa"/>
              <w:right w:w="130" w:type="dxa"/>
            </w:tcMar>
            <w:vAlign w:val="center"/>
          </w:tcPr>
          <w:p w14:paraId="5D32BAA5" w14:textId="77777777" w:rsidR="007563BF" w:rsidRDefault="007563BF" w:rsidP="00C6672B">
            <w:pPr>
              <w:spacing w:after="20" w:line="240" w:lineRule="auto"/>
            </w:pPr>
            <w:r>
              <w:rPr>
                <w:b/>
              </w:rPr>
              <w:t>Email</w:t>
            </w:r>
          </w:p>
        </w:tc>
        <w:tc>
          <w:tcPr>
            <w:tcW w:w="6408" w:type="dxa"/>
            <w:shd w:val="clear" w:color="auto" w:fill="F7FAFA"/>
            <w:tcMar>
              <w:top w:w="110" w:type="dxa"/>
              <w:left w:w="130" w:type="dxa"/>
              <w:bottom w:w="110" w:type="dxa"/>
              <w:right w:w="130" w:type="dxa"/>
            </w:tcMar>
            <w:vAlign w:val="center"/>
          </w:tcPr>
          <w:p w14:paraId="7E2F42ED" w14:textId="77777777" w:rsidR="007563BF" w:rsidRDefault="007563BF" w:rsidP="00C6672B">
            <w:pPr>
              <w:spacing w:after="20" w:line="240" w:lineRule="auto"/>
            </w:pPr>
          </w:p>
        </w:tc>
      </w:tr>
      <w:tr w:rsidR="007563BF" w14:paraId="7AB62B47" w14:textId="77777777" w:rsidTr="00C6672B">
        <w:trPr>
          <w:cantSplit/>
          <w:jc w:val="center"/>
        </w:trPr>
        <w:tc>
          <w:tcPr>
            <w:tcW w:w="3096" w:type="dxa"/>
            <w:shd w:val="clear" w:color="auto" w:fill="EAF3F2"/>
            <w:tcMar>
              <w:top w:w="110" w:type="dxa"/>
              <w:left w:w="130" w:type="dxa"/>
              <w:bottom w:w="110" w:type="dxa"/>
              <w:right w:w="130" w:type="dxa"/>
            </w:tcMar>
            <w:vAlign w:val="center"/>
          </w:tcPr>
          <w:p w14:paraId="60F4C672" w14:textId="77777777" w:rsidR="007563BF" w:rsidRDefault="007563BF" w:rsidP="00C6672B">
            <w:pPr>
              <w:spacing w:after="20" w:line="240" w:lineRule="auto"/>
            </w:pPr>
            <w:r>
              <w:rPr>
                <w:b/>
              </w:rPr>
              <w:t>Telephone</w:t>
            </w:r>
          </w:p>
        </w:tc>
        <w:tc>
          <w:tcPr>
            <w:tcW w:w="6408" w:type="dxa"/>
            <w:tcMar>
              <w:top w:w="110" w:type="dxa"/>
              <w:left w:w="130" w:type="dxa"/>
              <w:bottom w:w="110" w:type="dxa"/>
              <w:right w:w="130" w:type="dxa"/>
            </w:tcMar>
            <w:vAlign w:val="center"/>
          </w:tcPr>
          <w:p w14:paraId="296DF754" w14:textId="77777777" w:rsidR="007563BF" w:rsidRDefault="007563BF" w:rsidP="00C6672B">
            <w:pPr>
              <w:spacing w:after="20" w:line="240" w:lineRule="auto"/>
            </w:pPr>
          </w:p>
        </w:tc>
      </w:tr>
      <w:tr w:rsidR="007563BF" w14:paraId="0A52BC0D" w14:textId="77777777" w:rsidTr="00C6672B">
        <w:trPr>
          <w:cantSplit/>
          <w:jc w:val="center"/>
        </w:trPr>
        <w:tc>
          <w:tcPr>
            <w:tcW w:w="3096" w:type="dxa"/>
            <w:shd w:val="clear" w:color="auto" w:fill="EAF3F2"/>
            <w:tcMar>
              <w:top w:w="110" w:type="dxa"/>
              <w:left w:w="130" w:type="dxa"/>
              <w:bottom w:w="110" w:type="dxa"/>
              <w:right w:w="130" w:type="dxa"/>
            </w:tcMar>
            <w:vAlign w:val="center"/>
          </w:tcPr>
          <w:p w14:paraId="39A733DC" w14:textId="77777777" w:rsidR="007563BF" w:rsidRDefault="007563BF" w:rsidP="00C6672B">
            <w:pPr>
              <w:spacing w:after="20" w:line="240" w:lineRule="auto"/>
            </w:pPr>
            <w:r>
              <w:rPr>
                <w:b/>
              </w:rPr>
              <w:t>May we contact now</w:t>
            </w:r>
          </w:p>
        </w:tc>
        <w:tc>
          <w:tcPr>
            <w:tcW w:w="6408" w:type="dxa"/>
            <w:shd w:val="clear" w:color="auto" w:fill="F7FAFA"/>
            <w:tcMar>
              <w:top w:w="110" w:type="dxa"/>
              <w:left w:w="130" w:type="dxa"/>
              <w:bottom w:w="110" w:type="dxa"/>
              <w:right w:w="130" w:type="dxa"/>
            </w:tcMar>
            <w:vAlign w:val="center"/>
          </w:tcPr>
          <w:p w14:paraId="5E7D5C81" w14:textId="77777777" w:rsidR="007563BF" w:rsidRDefault="007563BF" w:rsidP="00C6672B">
            <w:pPr>
              <w:spacing w:after="20" w:line="240" w:lineRule="auto"/>
            </w:pPr>
            <w:r>
              <w:t>☐ Yes     ☐ No     ☐ Only after a conditional offer</w:t>
            </w:r>
          </w:p>
        </w:tc>
      </w:tr>
    </w:tbl>
    <w:p w14:paraId="2304E384" w14:textId="77777777" w:rsidR="007563BF" w:rsidRDefault="007563BF" w:rsidP="007563BF">
      <w:pPr>
        <w:spacing w:after="0"/>
      </w:pPr>
    </w:p>
    <w:p w14:paraId="0D98F98D" w14:textId="77777777" w:rsidR="007563BF" w:rsidRDefault="007563BF" w:rsidP="007563BF">
      <w:pPr>
        <w:pStyle w:val="Heading2"/>
      </w:pPr>
      <w:r>
        <w:t>Referee 2</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96"/>
        <w:gridCol w:w="6408"/>
      </w:tblGrid>
      <w:tr w:rsidR="007563BF" w14:paraId="498BAB03" w14:textId="77777777" w:rsidTr="00C6672B">
        <w:trPr>
          <w:cantSplit/>
          <w:jc w:val="center"/>
        </w:trPr>
        <w:tc>
          <w:tcPr>
            <w:tcW w:w="3096" w:type="dxa"/>
            <w:shd w:val="clear" w:color="auto" w:fill="EAF3F2"/>
            <w:tcMar>
              <w:top w:w="110" w:type="dxa"/>
              <w:left w:w="130" w:type="dxa"/>
              <w:bottom w:w="110" w:type="dxa"/>
              <w:right w:w="130" w:type="dxa"/>
            </w:tcMar>
            <w:vAlign w:val="center"/>
          </w:tcPr>
          <w:p w14:paraId="40AA4B59" w14:textId="77777777" w:rsidR="007563BF" w:rsidRDefault="007563BF" w:rsidP="00C6672B">
            <w:pPr>
              <w:spacing w:after="20" w:line="240" w:lineRule="auto"/>
            </w:pPr>
            <w:r>
              <w:rPr>
                <w:b/>
              </w:rPr>
              <w:t>Name</w:t>
            </w:r>
          </w:p>
        </w:tc>
        <w:tc>
          <w:tcPr>
            <w:tcW w:w="6408" w:type="dxa"/>
            <w:tcMar>
              <w:top w:w="110" w:type="dxa"/>
              <w:left w:w="130" w:type="dxa"/>
              <w:bottom w:w="110" w:type="dxa"/>
              <w:right w:w="130" w:type="dxa"/>
            </w:tcMar>
            <w:vAlign w:val="center"/>
          </w:tcPr>
          <w:p w14:paraId="601966DA" w14:textId="77777777" w:rsidR="007563BF" w:rsidRDefault="007563BF" w:rsidP="00C6672B">
            <w:pPr>
              <w:spacing w:after="20" w:line="240" w:lineRule="auto"/>
            </w:pPr>
          </w:p>
        </w:tc>
      </w:tr>
      <w:tr w:rsidR="007563BF" w14:paraId="0C9563AA" w14:textId="77777777" w:rsidTr="00C6672B">
        <w:trPr>
          <w:cantSplit/>
          <w:jc w:val="center"/>
        </w:trPr>
        <w:tc>
          <w:tcPr>
            <w:tcW w:w="3096" w:type="dxa"/>
            <w:shd w:val="clear" w:color="auto" w:fill="EAF3F2"/>
            <w:tcMar>
              <w:top w:w="110" w:type="dxa"/>
              <w:left w:w="130" w:type="dxa"/>
              <w:bottom w:w="110" w:type="dxa"/>
              <w:right w:w="130" w:type="dxa"/>
            </w:tcMar>
            <w:vAlign w:val="center"/>
          </w:tcPr>
          <w:p w14:paraId="0E2C688F" w14:textId="77777777" w:rsidR="007563BF" w:rsidRDefault="007563BF" w:rsidP="00C6672B">
            <w:pPr>
              <w:spacing w:after="20" w:line="240" w:lineRule="auto"/>
            </w:pPr>
            <w:proofErr w:type="spellStart"/>
            <w:r>
              <w:rPr>
                <w:b/>
              </w:rPr>
              <w:t>Organisation</w:t>
            </w:r>
            <w:proofErr w:type="spellEnd"/>
            <w:r>
              <w:rPr>
                <w:b/>
              </w:rPr>
              <w:t xml:space="preserve"> and role</w:t>
            </w:r>
          </w:p>
        </w:tc>
        <w:tc>
          <w:tcPr>
            <w:tcW w:w="6408" w:type="dxa"/>
            <w:shd w:val="clear" w:color="auto" w:fill="F7FAFA"/>
            <w:tcMar>
              <w:top w:w="110" w:type="dxa"/>
              <w:left w:w="130" w:type="dxa"/>
              <w:bottom w:w="110" w:type="dxa"/>
              <w:right w:w="130" w:type="dxa"/>
            </w:tcMar>
            <w:vAlign w:val="center"/>
          </w:tcPr>
          <w:p w14:paraId="58B400F4" w14:textId="77777777" w:rsidR="007563BF" w:rsidRDefault="007563BF" w:rsidP="00C6672B">
            <w:pPr>
              <w:spacing w:after="20" w:line="240" w:lineRule="auto"/>
            </w:pPr>
          </w:p>
        </w:tc>
      </w:tr>
      <w:tr w:rsidR="007563BF" w14:paraId="2B88E58D" w14:textId="77777777" w:rsidTr="00C6672B">
        <w:trPr>
          <w:cantSplit/>
          <w:jc w:val="center"/>
        </w:trPr>
        <w:tc>
          <w:tcPr>
            <w:tcW w:w="3096" w:type="dxa"/>
            <w:shd w:val="clear" w:color="auto" w:fill="EAF3F2"/>
            <w:tcMar>
              <w:top w:w="110" w:type="dxa"/>
              <w:left w:w="130" w:type="dxa"/>
              <w:bottom w:w="110" w:type="dxa"/>
              <w:right w:w="130" w:type="dxa"/>
            </w:tcMar>
            <w:vAlign w:val="center"/>
          </w:tcPr>
          <w:p w14:paraId="5A1D2E1F" w14:textId="77777777" w:rsidR="007563BF" w:rsidRDefault="007563BF" w:rsidP="00C6672B">
            <w:pPr>
              <w:spacing w:after="20" w:line="240" w:lineRule="auto"/>
            </w:pPr>
            <w:r>
              <w:rPr>
                <w:b/>
              </w:rPr>
              <w:lastRenderedPageBreak/>
              <w:t>Relationship to you</w:t>
            </w:r>
          </w:p>
        </w:tc>
        <w:tc>
          <w:tcPr>
            <w:tcW w:w="6408" w:type="dxa"/>
            <w:tcMar>
              <w:top w:w="110" w:type="dxa"/>
              <w:left w:w="130" w:type="dxa"/>
              <w:bottom w:w="110" w:type="dxa"/>
              <w:right w:w="130" w:type="dxa"/>
            </w:tcMar>
            <w:vAlign w:val="center"/>
          </w:tcPr>
          <w:p w14:paraId="2C7F5266" w14:textId="77777777" w:rsidR="007563BF" w:rsidRDefault="007563BF" w:rsidP="00C6672B">
            <w:pPr>
              <w:spacing w:after="20" w:line="240" w:lineRule="auto"/>
            </w:pPr>
          </w:p>
        </w:tc>
      </w:tr>
      <w:tr w:rsidR="007563BF" w14:paraId="62751033" w14:textId="77777777" w:rsidTr="00C6672B">
        <w:trPr>
          <w:cantSplit/>
          <w:jc w:val="center"/>
        </w:trPr>
        <w:tc>
          <w:tcPr>
            <w:tcW w:w="3096" w:type="dxa"/>
            <w:shd w:val="clear" w:color="auto" w:fill="EAF3F2"/>
            <w:tcMar>
              <w:top w:w="110" w:type="dxa"/>
              <w:left w:w="130" w:type="dxa"/>
              <w:bottom w:w="110" w:type="dxa"/>
              <w:right w:w="130" w:type="dxa"/>
            </w:tcMar>
            <w:vAlign w:val="center"/>
          </w:tcPr>
          <w:p w14:paraId="3DDB2B8A" w14:textId="77777777" w:rsidR="007563BF" w:rsidRDefault="007563BF" w:rsidP="00C6672B">
            <w:pPr>
              <w:spacing w:after="20" w:line="240" w:lineRule="auto"/>
            </w:pPr>
            <w:r>
              <w:rPr>
                <w:b/>
              </w:rPr>
              <w:t>Email</w:t>
            </w:r>
          </w:p>
        </w:tc>
        <w:tc>
          <w:tcPr>
            <w:tcW w:w="6408" w:type="dxa"/>
            <w:shd w:val="clear" w:color="auto" w:fill="F7FAFA"/>
            <w:tcMar>
              <w:top w:w="110" w:type="dxa"/>
              <w:left w:w="130" w:type="dxa"/>
              <w:bottom w:w="110" w:type="dxa"/>
              <w:right w:w="130" w:type="dxa"/>
            </w:tcMar>
            <w:vAlign w:val="center"/>
          </w:tcPr>
          <w:p w14:paraId="1C221464" w14:textId="77777777" w:rsidR="007563BF" w:rsidRDefault="007563BF" w:rsidP="00C6672B">
            <w:pPr>
              <w:spacing w:after="20" w:line="240" w:lineRule="auto"/>
            </w:pPr>
          </w:p>
        </w:tc>
      </w:tr>
      <w:tr w:rsidR="007563BF" w14:paraId="1DB3AB79" w14:textId="77777777" w:rsidTr="00C6672B">
        <w:trPr>
          <w:cantSplit/>
          <w:jc w:val="center"/>
        </w:trPr>
        <w:tc>
          <w:tcPr>
            <w:tcW w:w="3096" w:type="dxa"/>
            <w:shd w:val="clear" w:color="auto" w:fill="EAF3F2"/>
            <w:tcMar>
              <w:top w:w="110" w:type="dxa"/>
              <w:left w:w="130" w:type="dxa"/>
              <w:bottom w:w="110" w:type="dxa"/>
              <w:right w:w="130" w:type="dxa"/>
            </w:tcMar>
            <w:vAlign w:val="center"/>
          </w:tcPr>
          <w:p w14:paraId="3FFB667E" w14:textId="77777777" w:rsidR="007563BF" w:rsidRDefault="007563BF" w:rsidP="00C6672B">
            <w:pPr>
              <w:spacing w:after="20" w:line="240" w:lineRule="auto"/>
            </w:pPr>
            <w:r>
              <w:rPr>
                <w:b/>
              </w:rPr>
              <w:t>Telephone</w:t>
            </w:r>
          </w:p>
        </w:tc>
        <w:tc>
          <w:tcPr>
            <w:tcW w:w="6408" w:type="dxa"/>
            <w:tcMar>
              <w:top w:w="110" w:type="dxa"/>
              <w:left w:w="130" w:type="dxa"/>
              <w:bottom w:w="110" w:type="dxa"/>
              <w:right w:w="130" w:type="dxa"/>
            </w:tcMar>
            <w:vAlign w:val="center"/>
          </w:tcPr>
          <w:p w14:paraId="2A97D42E" w14:textId="77777777" w:rsidR="007563BF" w:rsidRDefault="007563BF" w:rsidP="00C6672B">
            <w:pPr>
              <w:spacing w:after="20" w:line="240" w:lineRule="auto"/>
            </w:pPr>
          </w:p>
        </w:tc>
      </w:tr>
      <w:tr w:rsidR="007563BF" w14:paraId="5914B1E7" w14:textId="77777777" w:rsidTr="00C6672B">
        <w:trPr>
          <w:cantSplit/>
          <w:jc w:val="center"/>
        </w:trPr>
        <w:tc>
          <w:tcPr>
            <w:tcW w:w="3096" w:type="dxa"/>
            <w:shd w:val="clear" w:color="auto" w:fill="EAF3F2"/>
            <w:tcMar>
              <w:top w:w="110" w:type="dxa"/>
              <w:left w:w="130" w:type="dxa"/>
              <w:bottom w:w="110" w:type="dxa"/>
              <w:right w:w="130" w:type="dxa"/>
            </w:tcMar>
            <w:vAlign w:val="center"/>
          </w:tcPr>
          <w:p w14:paraId="10C614BB" w14:textId="77777777" w:rsidR="007563BF" w:rsidRDefault="007563BF" w:rsidP="00C6672B">
            <w:pPr>
              <w:spacing w:after="20" w:line="240" w:lineRule="auto"/>
            </w:pPr>
            <w:r>
              <w:rPr>
                <w:b/>
              </w:rPr>
              <w:t>May we contact now</w:t>
            </w:r>
          </w:p>
        </w:tc>
        <w:tc>
          <w:tcPr>
            <w:tcW w:w="6408" w:type="dxa"/>
            <w:shd w:val="clear" w:color="auto" w:fill="F7FAFA"/>
            <w:tcMar>
              <w:top w:w="110" w:type="dxa"/>
              <w:left w:w="130" w:type="dxa"/>
              <w:bottom w:w="110" w:type="dxa"/>
              <w:right w:w="130" w:type="dxa"/>
            </w:tcMar>
            <w:vAlign w:val="center"/>
          </w:tcPr>
          <w:p w14:paraId="1A160042" w14:textId="77777777" w:rsidR="007563BF" w:rsidRDefault="007563BF" w:rsidP="00C6672B">
            <w:pPr>
              <w:spacing w:after="20" w:line="240" w:lineRule="auto"/>
            </w:pPr>
            <w:r>
              <w:t>☐ Yes     ☐ No     ☐ Only after a conditional offer</w:t>
            </w:r>
          </w:p>
        </w:tc>
      </w:tr>
    </w:tbl>
    <w:p w14:paraId="09F9C12A" w14:textId="77777777" w:rsidR="007563BF" w:rsidRDefault="007563BF" w:rsidP="007563BF">
      <w:pPr>
        <w:spacing w:after="0"/>
      </w:pPr>
    </w:p>
    <w:p w14:paraId="4D741E5B" w14:textId="77777777" w:rsidR="007563BF" w:rsidRDefault="007563BF" w:rsidP="007563BF">
      <w:pPr>
        <w:pStyle w:val="Heading1"/>
      </w:pPr>
      <w:r>
        <w:t>Safeguarding and declaration</w:t>
      </w:r>
    </w:p>
    <w:p w14:paraId="7ABD6870" w14:textId="77777777" w:rsidR="007563BF" w:rsidRDefault="007563BF" w:rsidP="007563BF">
      <w:r>
        <w:t xml:space="preserve">Baby Godiva is committed to safeguarding children and adults at risk. Appointment will be subject to satisfactory references, evidence of the right to work in the UK, verification of the driving </w:t>
      </w:r>
      <w:proofErr w:type="spellStart"/>
      <w:r>
        <w:t>licence</w:t>
      </w:r>
      <w:proofErr w:type="spellEnd"/>
      <w:r>
        <w:t xml:space="preserve"> requirement and any appropriate safeguarding checks.</w:t>
      </w:r>
    </w:p>
    <w:p w14:paraId="4F5C99A8" w14:textId="77777777" w:rsidR="007563BF" w:rsidRDefault="007563BF" w:rsidP="007563BF">
      <w:r>
        <w:t>☐ I confirm that the information in this application is accurate and complete.</w:t>
      </w:r>
    </w:p>
    <w:p w14:paraId="2E7F9D5F" w14:textId="77777777" w:rsidR="007563BF" w:rsidRDefault="007563BF" w:rsidP="007563BF">
      <w:r>
        <w:t>☐ I understand that deliberately false or misleading information may result in my application being withdrawn or employment ending.</w:t>
      </w:r>
    </w:p>
    <w:p w14:paraId="70C50918" w14:textId="77777777" w:rsidR="007563BF" w:rsidRDefault="007563BF" w:rsidP="007563BF">
      <w:r>
        <w:t>☐ I consent to Baby Godiva using the information in this form for recruitment and selection purposes.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96"/>
        <w:gridCol w:w="6408"/>
      </w:tblGrid>
      <w:tr w:rsidR="007563BF" w14:paraId="462CFC02" w14:textId="77777777" w:rsidTr="00C6672B">
        <w:trPr>
          <w:cantSplit/>
          <w:jc w:val="center"/>
        </w:trPr>
        <w:tc>
          <w:tcPr>
            <w:tcW w:w="3096" w:type="dxa"/>
            <w:shd w:val="clear" w:color="auto" w:fill="EAF3F2"/>
            <w:tcMar>
              <w:top w:w="110" w:type="dxa"/>
              <w:left w:w="130" w:type="dxa"/>
              <w:bottom w:w="110" w:type="dxa"/>
              <w:right w:w="130" w:type="dxa"/>
            </w:tcMar>
            <w:vAlign w:val="center"/>
          </w:tcPr>
          <w:p w14:paraId="51FAD7C7" w14:textId="77777777" w:rsidR="007563BF" w:rsidRDefault="007563BF" w:rsidP="00C6672B">
            <w:pPr>
              <w:spacing w:after="20" w:line="240" w:lineRule="auto"/>
            </w:pPr>
            <w:r>
              <w:rPr>
                <w:b/>
              </w:rPr>
              <w:t>Applicant name</w:t>
            </w:r>
          </w:p>
        </w:tc>
        <w:tc>
          <w:tcPr>
            <w:tcW w:w="6408" w:type="dxa"/>
            <w:tcMar>
              <w:top w:w="110" w:type="dxa"/>
              <w:left w:w="130" w:type="dxa"/>
              <w:bottom w:w="110" w:type="dxa"/>
              <w:right w:w="130" w:type="dxa"/>
            </w:tcMar>
            <w:vAlign w:val="center"/>
          </w:tcPr>
          <w:p w14:paraId="1F34C317" w14:textId="77777777" w:rsidR="007563BF" w:rsidRDefault="007563BF" w:rsidP="00C6672B">
            <w:pPr>
              <w:spacing w:after="20" w:line="240" w:lineRule="auto"/>
            </w:pPr>
          </w:p>
        </w:tc>
      </w:tr>
      <w:tr w:rsidR="007563BF" w14:paraId="15DC2188" w14:textId="77777777" w:rsidTr="00C6672B">
        <w:trPr>
          <w:cantSplit/>
          <w:jc w:val="center"/>
        </w:trPr>
        <w:tc>
          <w:tcPr>
            <w:tcW w:w="3096" w:type="dxa"/>
            <w:shd w:val="clear" w:color="auto" w:fill="EAF3F2"/>
            <w:tcMar>
              <w:top w:w="110" w:type="dxa"/>
              <w:left w:w="130" w:type="dxa"/>
              <w:bottom w:w="110" w:type="dxa"/>
              <w:right w:w="130" w:type="dxa"/>
            </w:tcMar>
            <w:vAlign w:val="center"/>
          </w:tcPr>
          <w:p w14:paraId="46CCAA79" w14:textId="77777777" w:rsidR="007563BF" w:rsidRDefault="007563BF" w:rsidP="00C6672B">
            <w:pPr>
              <w:spacing w:after="20" w:line="240" w:lineRule="auto"/>
            </w:pPr>
            <w:r>
              <w:rPr>
                <w:b/>
              </w:rPr>
              <w:t>Signature</w:t>
            </w:r>
          </w:p>
        </w:tc>
        <w:tc>
          <w:tcPr>
            <w:tcW w:w="6408" w:type="dxa"/>
            <w:shd w:val="clear" w:color="auto" w:fill="F7FAFA"/>
            <w:tcMar>
              <w:top w:w="110" w:type="dxa"/>
              <w:left w:w="130" w:type="dxa"/>
              <w:bottom w:w="110" w:type="dxa"/>
              <w:right w:w="130" w:type="dxa"/>
            </w:tcMar>
            <w:vAlign w:val="center"/>
          </w:tcPr>
          <w:p w14:paraId="34B4C451" w14:textId="77777777" w:rsidR="007563BF" w:rsidRDefault="007563BF" w:rsidP="00C6672B">
            <w:pPr>
              <w:spacing w:after="20" w:line="240" w:lineRule="auto"/>
            </w:pPr>
          </w:p>
        </w:tc>
      </w:tr>
      <w:tr w:rsidR="007563BF" w14:paraId="60698758" w14:textId="77777777" w:rsidTr="00C6672B">
        <w:trPr>
          <w:cantSplit/>
          <w:jc w:val="center"/>
        </w:trPr>
        <w:tc>
          <w:tcPr>
            <w:tcW w:w="3096" w:type="dxa"/>
            <w:shd w:val="clear" w:color="auto" w:fill="EAF3F2"/>
            <w:tcMar>
              <w:top w:w="110" w:type="dxa"/>
              <w:left w:w="130" w:type="dxa"/>
              <w:bottom w:w="110" w:type="dxa"/>
              <w:right w:w="130" w:type="dxa"/>
            </w:tcMar>
            <w:vAlign w:val="center"/>
          </w:tcPr>
          <w:p w14:paraId="38FF2A89" w14:textId="77777777" w:rsidR="007563BF" w:rsidRDefault="007563BF" w:rsidP="00C6672B">
            <w:pPr>
              <w:spacing w:after="20" w:line="240" w:lineRule="auto"/>
            </w:pPr>
            <w:r>
              <w:rPr>
                <w:b/>
              </w:rPr>
              <w:t>Date</w:t>
            </w:r>
          </w:p>
        </w:tc>
        <w:tc>
          <w:tcPr>
            <w:tcW w:w="6408" w:type="dxa"/>
            <w:tcMar>
              <w:top w:w="110" w:type="dxa"/>
              <w:left w:w="130" w:type="dxa"/>
              <w:bottom w:w="110" w:type="dxa"/>
              <w:right w:w="130" w:type="dxa"/>
            </w:tcMar>
            <w:vAlign w:val="center"/>
          </w:tcPr>
          <w:p w14:paraId="300F923A" w14:textId="77777777" w:rsidR="007563BF" w:rsidRDefault="007563BF" w:rsidP="00C6672B">
            <w:pPr>
              <w:spacing w:after="20" w:line="240" w:lineRule="auto"/>
            </w:pPr>
          </w:p>
        </w:tc>
      </w:tr>
    </w:tbl>
    <w:p w14:paraId="4B7A37B9" w14:textId="77777777" w:rsidR="007563BF" w:rsidRDefault="007563BF" w:rsidP="007563BF">
      <w:pPr>
        <w:spacing w:after="0"/>
      </w:pPr>
    </w:p>
    <w:p w14:paraId="1E98612F" w14:textId="77777777" w:rsidR="002350F4" w:rsidRDefault="002350F4" w:rsidP="007563BF">
      <w:pPr>
        <w:pStyle w:val="ListBullet"/>
        <w:keepLines/>
        <w:numPr>
          <w:ilvl w:val="0"/>
          <w:numId w:val="0"/>
        </w:numPr>
        <w:spacing w:after="60"/>
        <w:ind w:left="360"/>
      </w:pPr>
    </w:p>
    <w:sectPr w:rsidR="002350F4"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51191406">
    <w:abstractNumId w:val="8"/>
  </w:num>
  <w:num w:numId="2" w16cid:durableId="2037193174">
    <w:abstractNumId w:val="6"/>
  </w:num>
  <w:num w:numId="3" w16cid:durableId="1163551353">
    <w:abstractNumId w:val="5"/>
  </w:num>
  <w:num w:numId="4" w16cid:durableId="799422120">
    <w:abstractNumId w:val="4"/>
  </w:num>
  <w:num w:numId="5" w16cid:durableId="703332499">
    <w:abstractNumId w:val="7"/>
  </w:num>
  <w:num w:numId="6" w16cid:durableId="888028000">
    <w:abstractNumId w:val="3"/>
  </w:num>
  <w:num w:numId="7" w16cid:durableId="1822892776">
    <w:abstractNumId w:val="2"/>
  </w:num>
  <w:num w:numId="8" w16cid:durableId="1005935185">
    <w:abstractNumId w:val="1"/>
  </w:num>
  <w:num w:numId="9" w16cid:durableId="2005471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0D25"/>
    <w:rsid w:val="002350F4"/>
    <w:rsid w:val="0029639D"/>
    <w:rsid w:val="00326F90"/>
    <w:rsid w:val="007563BF"/>
    <w:rsid w:val="009762A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50CAD8"/>
  <w14:defaultImageDpi w14:val="300"/>
  <w15:docId w15:val="{6D13C39A-9A28-43F3-B78A-506413816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3101</Words>
  <Characters>17680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Baby Godiva Part Time Roles</vt:lpstr>
    </vt:vector>
  </TitlesOfParts>
  <Manager/>
  <Company/>
  <LinksUpToDate>false</LinksUpToDate>
  <CharactersWithSpaces>20740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Baby Godiva Part Time Roles</dc:title>
  <dc:subject>Job descriptions for two part-time Baby Godiva coordinator roles</dc:subject>
  <dc:creator>Baby Godiva</dc:creator>
  <cp:keywords/>
  <dc:description>generated by python-docx</dc:description>
  <cp:lastModifiedBy>Katie Wilson</cp:lastModifiedBy>
  <cp:revision>2</cp:revision>
  <dcterms:created xsi:type="dcterms:W3CDTF">2013-12-23T23:15:00Z</dcterms:created>
  <dcterms:modified xsi:type="dcterms:W3CDTF">2026-09-21T13:09:00Z</dcterms:modified>
  <cp:category/>
</cp:coreProperties>
</file>